
<file path=[Content_Types].xml><?xml version="1.0" encoding="utf-8"?>
<Types xmlns="http://schemas.openxmlformats.org/package/2006/content-types"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76D5F98" w14:textId="77777777" w:rsidR="00423F6E" w:rsidRDefault="00423F6E">
      <w:pPr>
        <w:jc w:val="center"/>
        <w:rPr>
          <w:b/>
          <w:sz w:val="30"/>
        </w:rPr>
      </w:pPr>
    </w:p>
    <w:p w14:paraId="708C91C6" w14:textId="5A36126A" w:rsidR="00C13D45" w:rsidRDefault="00000000">
      <w:pPr>
        <w:jc w:val="center"/>
      </w:pPr>
      <w:r>
        <w:rPr>
          <w:b/>
          <w:sz w:val="30"/>
        </w:rPr>
        <w:t>FORMULARZ ZGŁOSZENIOWY UCZNIA</w:t>
      </w:r>
    </w:p>
    <w:p w14:paraId="5BC14AAB" w14:textId="77777777" w:rsidR="00C13D45" w:rsidRDefault="00000000">
      <w:pPr>
        <w:jc w:val="center"/>
      </w:pPr>
      <w:r>
        <w:t>Projekt nr 2026-1-PL01-KA121-VET-000414601</w:t>
      </w:r>
      <w:r>
        <w:br/>
        <w:t>zagraniczna praktyka zawodowa Erasmus+ VET</w:t>
      </w:r>
      <w:r>
        <w:br/>
        <w:t>rok szkolny 2026/2027</w:t>
      </w:r>
    </w:p>
    <w:p w14:paraId="215A7823" w14:textId="77777777" w:rsidR="00C13D45" w:rsidRDefault="00000000">
      <w:pPr>
        <w:jc w:val="center"/>
        <w:rPr>
          <w:sz w:val="17"/>
        </w:rPr>
      </w:pPr>
      <w:r>
        <w:rPr>
          <w:sz w:val="17"/>
        </w:rPr>
        <w:t>Biuro Projektu Erasmus+: sala 002 | Joanna Doroba: jdoroba@zsropczyce.edu.pl | Agnieszka Kasprzyk: akasprzyk@zsropczyce.edu.pl</w:t>
      </w:r>
    </w:p>
    <w:p w14:paraId="341600C2" w14:textId="77777777" w:rsidR="00EA4E90" w:rsidRDefault="00EA4E90">
      <w:pPr>
        <w:jc w:val="center"/>
      </w:pPr>
    </w:p>
    <w:p w14:paraId="26BF8D6A" w14:textId="0EAA9B0E" w:rsidR="00C13D45" w:rsidRDefault="00000000">
      <w:pPr>
        <w:spacing w:before="140"/>
      </w:pPr>
      <w:r>
        <w:rPr>
          <w:b/>
          <w:sz w:val="22"/>
        </w:rPr>
        <w:t>CZĘŚĆ I. DANE KANDYDATA</w:t>
      </w:r>
      <w:r w:rsidR="00EA4E90">
        <w:rPr>
          <w:b/>
          <w:sz w:val="22"/>
        </w:rPr>
        <w:t xml:space="preserve"> – </w:t>
      </w:r>
      <w:proofErr w:type="spellStart"/>
      <w:r w:rsidR="00EA4E90" w:rsidRPr="00EA4E90">
        <w:rPr>
          <w:b/>
          <w:i/>
          <w:iCs/>
          <w:color w:val="EE0000"/>
          <w:sz w:val="22"/>
        </w:rPr>
        <w:t>należy</w:t>
      </w:r>
      <w:proofErr w:type="spellEnd"/>
      <w:r w:rsidR="00EA4E90" w:rsidRPr="00EA4E90">
        <w:rPr>
          <w:b/>
          <w:i/>
          <w:iCs/>
          <w:color w:val="EE0000"/>
          <w:sz w:val="22"/>
        </w:rPr>
        <w:t xml:space="preserve"> </w:t>
      </w:r>
      <w:proofErr w:type="spellStart"/>
      <w:r w:rsidR="00EA4E90" w:rsidRPr="00EA4E90">
        <w:rPr>
          <w:b/>
          <w:i/>
          <w:iCs/>
          <w:color w:val="EE0000"/>
          <w:sz w:val="22"/>
        </w:rPr>
        <w:t>uzupełnić</w:t>
      </w:r>
      <w:proofErr w:type="spellEnd"/>
      <w:r w:rsidR="00EA4E90" w:rsidRPr="00EA4E90">
        <w:rPr>
          <w:b/>
          <w:i/>
          <w:iCs/>
          <w:color w:val="EE0000"/>
          <w:sz w:val="22"/>
        </w:rPr>
        <w:t xml:space="preserve"> </w:t>
      </w:r>
      <w:proofErr w:type="spellStart"/>
      <w:r w:rsidR="00EA4E90" w:rsidRPr="00EA4E90">
        <w:rPr>
          <w:b/>
          <w:i/>
          <w:iCs/>
          <w:color w:val="EE0000"/>
          <w:sz w:val="22"/>
        </w:rPr>
        <w:t>komputerowo</w:t>
      </w:r>
      <w:proofErr w:type="spellEnd"/>
      <w:r w:rsidR="00EA4E90" w:rsidRPr="00EA4E90">
        <w:rPr>
          <w:b/>
          <w:i/>
          <w:iCs/>
          <w:color w:val="EE0000"/>
          <w:sz w:val="22"/>
        </w:rPr>
        <w:t xml:space="preserve"> </w:t>
      </w:r>
      <w:proofErr w:type="spellStart"/>
      <w:r w:rsidR="00EA4E90" w:rsidRPr="00EA4E90">
        <w:rPr>
          <w:b/>
          <w:i/>
          <w:iCs/>
          <w:color w:val="EE0000"/>
          <w:sz w:val="22"/>
        </w:rPr>
        <w:t>lub</w:t>
      </w:r>
      <w:proofErr w:type="spellEnd"/>
      <w:r w:rsidR="00EA4E90" w:rsidRPr="00EA4E90">
        <w:rPr>
          <w:b/>
          <w:i/>
          <w:iCs/>
          <w:color w:val="EE0000"/>
          <w:sz w:val="22"/>
        </w:rPr>
        <w:t xml:space="preserve"> </w:t>
      </w:r>
      <w:proofErr w:type="spellStart"/>
      <w:r w:rsidR="00EA4E90" w:rsidRPr="00EA4E90">
        <w:rPr>
          <w:b/>
          <w:i/>
          <w:iCs/>
          <w:color w:val="EE0000"/>
          <w:sz w:val="22"/>
        </w:rPr>
        <w:t>drukowanymi</w:t>
      </w:r>
      <w:proofErr w:type="spellEnd"/>
      <w:r w:rsidR="00EA4E90" w:rsidRPr="00EA4E90">
        <w:rPr>
          <w:b/>
          <w:i/>
          <w:iCs/>
          <w:color w:val="EE0000"/>
          <w:sz w:val="22"/>
        </w:rPr>
        <w:t xml:space="preserve"> </w:t>
      </w:r>
      <w:proofErr w:type="spellStart"/>
      <w:r w:rsidR="00EA4E90" w:rsidRPr="00EA4E90">
        <w:rPr>
          <w:b/>
          <w:i/>
          <w:iCs/>
          <w:color w:val="EE0000"/>
          <w:sz w:val="22"/>
        </w:rPr>
        <w:t>literami</w:t>
      </w:r>
      <w:proofErr w:type="spellEnd"/>
    </w:p>
    <w:tbl>
      <w:tblPr>
        <w:tblStyle w:val="Tabela-Siatka"/>
        <w:tblW w:w="0" w:type="auto"/>
        <w:jc w:val="center"/>
        <w:tblLook w:val="04A0" w:firstRow="1" w:lastRow="0" w:firstColumn="1" w:lastColumn="0" w:noHBand="0" w:noVBand="1"/>
      </w:tblPr>
      <w:tblGrid>
        <w:gridCol w:w="3118"/>
        <w:gridCol w:w="6236"/>
      </w:tblGrid>
      <w:tr w:rsidR="00C13D45" w14:paraId="7C15AF46" w14:textId="77777777">
        <w:trPr>
          <w:jc w:val="center"/>
        </w:trPr>
        <w:tc>
          <w:tcPr>
            <w:tcW w:w="3118" w:type="dxa"/>
            <w:shd w:val="clear" w:color="auto" w:fill="EAF2F8"/>
            <w:vAlign w:val="center"/>
          </w:tcPr>
          <w:p w14:paraId="1DA0E5EA" w14:textId="77777777" w:rsidR="00C13D45" w:rsidRDefault="00000000">
            <w:r>
              <w:rPr>
                <w:b/>
              </w:rPr>
              <w:t>Imię i nazwisko</w:t>
            </w:r>
          </w:p>
        </w:tc>
        <w:tc>
          <w:tcPr>
            <w:tcW w:w="6236" w:type="dxa"/>
          </w:tcPr>
          <w:p w14:paraId="40A103A5" w14:textId="77777777" w:rsidR="00C13D45" w:rsidRDefault="00C13D45"/>
        </w:tc>
      </w:tr>
      <w:tr w:rsidR="00C13D45" w14:paraId="18C65D6B" w14:textId="77777777">
        <w:trPr>
          <w:jc w:val="center"/>
        </w:trPr>
        <w:tc>
          <w:tcPr>
            <w:tcW w:w="3118" w:type="dxa"/>
            <w:shd w:val="clear" w:color="auto" w:fill="EAF2F8"/>
            <w:vAlign w:val="center"/>
          </w:tcPr>
          <w:p w14:paraId="66F20491" w14:textId="77777777" w:rsidR="00C13D45" w:rsidRDefault="00000000">
            <w:r>
              <w:rPr>
                <w:b/>
              </w:rPr>
              <w:t>Klasa</w:t>
            </w:r>
          </w:p>
        </w:tc>
        <w:tc>
          <w:tcPr>
            <w:tcW w:w="6236" w:type="dxa"/>
          </w:tcPr>
          <w:p w14:paraId="6DA61D7E" w14:textId="77777777" w:rsidR="00C13D45" w:rsidRDefault="00C13D45"/>
        </w:tc>
      </w:tr>
      <w:tr w:rsidR="00C13D45" w14:paraId="4146C190" w14:textId="77777777">
        <w:trPr>
          <w:jc w:val="center"/>
        </w:trPr>
        <w:tc>
          <w:tcPr>
            <w:tcW w:w="3118" w:type="dxa"/>
            <w:shd w:val="clear" w:color="auto" w:fill="EAF2F8"/>
            <w:vAlign w:val="center"/>
          </w:tcPr>
          <w:p w14:paraId="0CFA820E" w14:textId="77777777" w:rsidR="00C13D45" w:rsidRDefault="00000000">
            <w:r>
              <w:rPr>
                <w:b/>
              </w:rPr>
              <w:t>Zawód / kierunek kształcenia</w:t>
            </w:r>
          </w:p>
        </w:tc>
        <w:tc>
          <w:tcPr>
            <w:tcW w:w="6236" w:type="dxa"/>
          </w:tcPr>
          <w:p w14:paraId="015BFEB3" w14:textId="77777777" w:rsidR="00C13D45" w:rsidRDefault="00C13D45"/>
        </w:tc>
      </w:tr>
      <w:tr w:rsidR="00C13D45" w14:paraId="26D910BB" w14:textId="77777777">
        <w:trPr>
          <w:jc w:val="center"/>
        </w:trPr>
        <w:tc>
          <w:tcPr>
            <w:tcW w:w="3118" w:type="dxa"/>
            <w:shd w:val="clear" w:color="auto" w:fill="EAF2F8"/>
            <w:vAlign w:val="center"/>
          </w:tcPr>
          <w:p w14:paraId="527C956B" w14:textId="77777777" w:rsidR="00C13D45" w:rsidRDefault="00000000">
            <w:r>
              <w:rPr>
                <w:b/>
              </w:rPr>
              <w:t>Data urodzenia</w:t>
            </w:r>
          </w:p>
        </w:tc>
        <w:tc>
          <w:tcPr>
            <w:tcW w:w="6236" w:type="dxa"/>
          </w:tcPr>
          <w:p w14:paraId="107D0297" w14:textId="77777777" w:rsidR="00C13D45" w:rsidRDefault="00C13D45"/>
        </w:tc>
      </w:tr>
      <w:tr w:rsidR="00C13D45" w14:paraId="6135F1D2" w14:textId="77777777">
        <w:trPr>
          <w:jc w:val="center"/>
        </w:trPr>
        <w:tc>
          <w:tcPr>
            <w:tcW w:w="3118" w:type="dxa"/>
            <w:shd w:val="clear" w:color="auto" w:fill="EAF2F8"/>
            <w:vAlign w:val="center"/>
          </w:tcPr>
          <w:p w14:paraId="7063A069" w14:textId="77777777" w:rsidR="00C13D45" w:rsidRDefault="00000000">
            <w:r>
              <w:rPr>
                <w:b/>
              </w:rPr>
              <w:t>Telefon kontaktowy</w:t>
            </w:r>
          </w:p>
        </w:tc>
        <w:tc>
          <w:tcPr>
            <w:tcW w:w="6236" w:type="dxa"/>
          </w:tcPr>
          <w:p w14:paraId="390DCB1D" w14:textId="77777777" w:rsidR="00C13D45" w:rsidRDefault="00C13D45"/>
        </w:tc>
      </w:tr>
      <w:tr w:rsidR="00C13D45" w14:paraId="66B7D3C4" w14:textId="77777777">
        <w:trPr>
          <w:jc w:val="center"/>
        </w:trPr>
        <w:tc>
          <w:tcPr>
            <w:tcW w:w="3118" w:type="dxa"/>
            <w:shd w:val="clear" w:color="auto" w:fill="EAF2F8"/>
            <w:vAlign w:val="center"/>
          </w:tcPr>
          <w:p w14:paraId="6D8B00C5" w14:textId="77777777" w:rsidR="00C13D45" w:rsidRDefault="00000000">
            <w:r>
              <w:rPr>
                <w:b/>
              </w:rPr>
              <w:t>Adres e-mail</w:t>
            </w:r>
          </w:p>
        </w:tc>
        <w:tc>
          <w:tcPr>
            <w:tcW w:w="6236" w:type="dxa"/>
          </w:tcPr>
          <w:p w14:paraId="08A96C99" w14:textId="77777777" w:rsidR="00C13D45" w:rsidRDefault="00C13D45"/>
        </w:tc>
      </w:tr>
      <w:tr w:rsidR="00C13D45" w14:paraId="4ADE6BC0" w14:textId="77777777">
        <w:trPr>
          <w:jc w:val="center"/>
        </w:trPr>
        <w:tc>
          <w:tcPr>
            <w:tcW w:w="3118" w:type="dxa"/>
            <w:shd w:val="clear" w:color="auto" w:fill="EAF2F8"/>
            <w:vAlign w:val="center"/>
          </w:tcPr>
          <w:p w14:paraId="3543EA29" w14:textId="77777777" w:rsidR="00C13D45" w:rsidRDefault="00000000">
            <w:r>
              <w:rPr>
                <w:b/>
              </w:rPr>
              <w:t>Dokument uprawniający do przekroczenia granicy</w:t>
            </w:r>
          </w:p>
        </w:tc>
        <w:tc>
          <w:tcPr>
            <w:tcW w:w="6236" w:type="dxa"/>
          </w:tcPr>
          <w:p w14:paraId="097AE636" w14:textId="77777777" w:rsidR="00C13D45" w:rsidRDefault="00000000">
            <w:r>
              <w:t>☐ dowód osobisty   ☐ paszport   ważny do: __________________</w:t>
            </w:r>
          </w:p>
        </w:tc>
      </w:tr>
      <w:tr w:rsidR="00C13D45" w14:paraId="4621BB8F" w14:textId="77777777">
        <w:trPr>
          <w:jc w:val="center"/>
        </w:trPr>
        <w:tc>
          <w:tcPr>
            <w:tcW w:w="3118" w:type="dxa"/>
            <w:shd w:val="clear" w:color="auto" w:fill="EAF2F8"/>
            <w:vAlign w:val="center"/>
          </w:tcPr>
          <w:p w14:paraId="51D87F30" w14:textId="77777777" w:rsidR="00C13D45" w:rsidRDefault="00000000">
            <w:r>
              <w:rPr>
                <w:b/>
              </w:rPr>
              <w:t>Czy uczestniczyłeś/aś wcześniej w zagranicznej praktyce Erasmus+?</w:t>
            </w:r>
          </w:p>
        </w:tc>
        <w:tc>
          <w:tcPr>
            <w:tcW w:w="6236" w:type="dxa"/>
          </w:tcPr>
          <w:p w14:paraId="7994377D" w14:textId="77777777" w:rsidR="00C13D45" w:rsidRDefault="00000000">
            <w:r>
              <w:t>☐ NIE   ☐ TAK, rok/projekt: ______________________________</w:t>
            </w:r>
          </w:p>
        </w:tc>
      </w:tr>
    </w:tbl>
    <w:p w14:paraId="17252E40" w14:textId="77777777" w:rsidR="00C13D45" w:rsidRDefault="00000000">
      <w:pPr>
        <w:spacing w:before="140"/>
      </w:pPr>
      <w:r>
        <w:rPr>
          <w:b/>
          <w:sz w:val="22"/>
        </w:rPr>
        <w:t>CZĘŚĆ II. DANE DO OCENY REKRUTACYJNEJ</w:t>
      </w:r>
    </w:p>
    <w:tbl>
      <w:tblPr>
        <w:tblStyle w:val="Tabela-Siatka"/>
        <w:tblW w:w="0" w:type="auto"/>
        <w:jc w:val="center"/>
        <w:tblLook w:val="04A0" w:firstRow="1" w:lastRow="0" w:firstColumn="1" w:lastColumn="0" w:noHBand="0" w:noVBand="1"/>
      </w:tblPr>
      <w:tblGrid>
        <w:gridCol w:w="3118"/>
        <w:gridCol w:w="6236"/>
      </w:tblGrid>
      <w:tr w:rsidR="00C13D45" w14:paraId="0537666F" w14:textId="77777777">
        <w:trPr>
          <w:jc w:val="center"/>
        </w:trPr>
        <w:tc>
          <w:tcPr>
            <w:tcW w:w="3118" w:type="dxa"/>
            <w:shd w:val="clear" w:color="auto" w:fill="EAF2F8"/>
            <w:vAlign w:val="center"/>
          </w:tcPr>
          <w:p w14:paraId="086C03CD" w14:textId="77777777" w:rsidR="00C13D45" w:rsidRDefault="00000000">
            <w:r>
              <w:rPr>
                <w:b/>
              </w:rPr>
              <w:t>Średnia ocen z przedmiotów zawodowych – ostatni zakończony okres klasyfikacyjny</w:t>
            </w:r>
          </w:p>
        </w:tc>
        <w:tc>
          <w:tcPr>
            <w:tcW w:w="6236" w:type="dxa"/>
          </w:tcPr>
          <w:p w14:paraId="32DA8BF1" w14:textId="593E23C3" w:rsidR="00C13D45" w:rsidRDefault="00C13D45"/>
        </w:tc>
      </w:tr>
      <w:tr w:rsidR="00C13D45" w14:paraId="4AADF05D" w14:textId="77777777">
        <w:trPr>
          <w:jc w:val="center"/>
        </w:trPr>
        <w:tc>
          <w:tcPr>
            <w:tcW w:w="3118" w:type="dxa"/>
            <w:shd w:val="clear" w:color="auto" w:fill="EAF2F8"/>
            <w:vAlign w:val="center"/>
          </w:tcPr>
          <w:p w14:paraId="3961678C" w14:textId="77777777" w:rsidR="00C13D45" w:rsidRDefault="00000000">
            <w:r>
              <w:rPr>
                <w:b/>
              </w:rPr>
              <w:t>Frekwencja</w:t>
            </w:r>
          </w:p>
        </w:tc>
        <w:tc>
          <w:tcPr>
            <w:tcW w:w="6236" w:type="dxa"/>
          </w:tcPr>
          <w:p w14:paraId="68CE3AAD" w14:textId="7D91FD81" w:rsidR="00C13D45" w:rsidRDefault="00DB1151">
            <w:r>
              <w:t xml:space="preserve">                %   </w:t>
            </w:r>
          </w:p>
        </w:tc>
      </w:tr>
      <w:tr w:rsidR="00C13D45" w14:paraId="081EF71E" w14:textId="77777777">
        <w:trPr>
          <w:jc w:val="center"/>
        </w:trPr>
        <w:tc>
          <w:tcPr>
            <w:tcW w:w="3118" w:type="dxa"/>
            <w:shd w:val="clear" w:color="auto" w:fill="EAF2F8"/>
            <w:vAlign w:val="center"/>
          </w:tcPr>
          <w:p w14:paraId="0DEB00BF" w14:textId="77777777" w:rsidR="00C13D45" w:rsidRDefault="00000000">
            <w:r>
              <w:rPr>
                <w:b/>
              </w:rPr>
              <w:t>Ocena z języka angielskiego</w:t>
            </w:r>
          </w:p>
        </w:tc>
        <w:tc>
          <w:tcPr>
            <w:tcW w:w="6236" w:type="dxa"/>
          </w:tcPr>
          <w:p w14:paraId="0B885484" w14:textId="4737C8B3" w:rsidR="00C13D45" w:rsidRDefault="00000000">
            <w:r>
              <w:t xml:space="preserve"> </w:t>
            </w:r>
          </w:p>
        </w:tc>
      </w:tr>
      <w:tr w:rsidR="00C13D45" w14:paraId="77E9623D" w14:textId="77777777">
        <w:trPr>
          <w:jc w:val="center"/>
        </w:trPr>
        <w:tc>
          <w:tcPr>
            <w:tcW w:w="3118" w:type="dxa"/>
            <w:shd w:val="clear" w:color="auto" w:fill="EAF2F8"/>
            <w:vAlign w:val="center"/>
          </w:tcPr>
          <w:p w14:paraId="26FADEFD" w14:textId="77777777" w:rsidR="00C13D45" w:rsidRDefault="00000000">
            <w:r>
              <w:rPr>
                <w:b/>
              </w:rPr>
              <w:t>Ocena zachowania</w:t>
            </w:r>
          </w:p>
        </w:tc>
        <w:tc>
          <w:tcPr>
            <w:tcW w:w="6236" w:type="dxa"/>
          </w:tcPr>
          <w:p w14:paraId="01496662" w14:textId="306478BF" w:rsidR="00C13D45" w:rsidRDefault="00C13D45"/>
        </w:tc>
      </w:tr>
      <w:tr w:rsidR="00C13D45" w14:paraId="2644B4EE" w14:textId="77777777">
        <w:trPr>
          <w:jc w:val="center"/>
        </w:trPr>
        <w:tc>
          <w:tcPr>
            <w:tcW w:w="3118" w:type="dxa"/>
            <w:shd w:val="clear" w:color="auto" w:fill="EAF2F8"/>
            <w:vAlign w:val="center"/>
          </w:tcPr>
          <w:p w14:paraId="4F6AB78B" w14:textId="77777777" w:rsidR="00C13D45" w:rsidRDefault="00000000">
            <w:r>
              <w:rPr>
                <w:b/>
              </w:rPr>
              <w:t>Test z języka angielskiego</w:t>
            </w:r>
          </w:p>
        </w:tc>
        <w:tc>
          <w:tcPr>
            <w:tcW w:w="6236" w:type="dxa"/>
          </w:tcPr>
          <w:p w14:paraId="4C103EC4" w14:textId="369259E4" w:rsidR="00C13D45" w:rsidRDefault="00DB1151">
            <w:r>
              <w:t xml:space="preserve">                  / 30 pkt</w:t>
            </w:r>
            <w:r w:rsidR="00EA4E90">
              <w:t xml:space="preserve"> – </w:t>
            </w:r>
            <w:proofErr w:type="spellStart"/>
            <w:r w:rsidR="00EA4E90" w:rsidRPr="00EA4E90">
              <w:rPr>
                <w:i/>
                <w:iCs/>
                <w:color w:val="EE0000"/>
              </w:rPr>
              <w:t>uzupełnia</w:t>
            </w:r>
            <w:proofErr w:type="spellEnd"/>
            <w:r w:rsidR="00EA4E90" w:rsidRPr="00EA4E90">
              <w:rPr>
                <w:i/>
                <w:iCs/>
                <w:color w:val="EE0000"/>
              </w:rPr>
              <w:t xml:space="preserve"> </w:t>
            </w:r>
            <w:proofErr w:type="spellStart"/>
            <w:r w:rsidR="00EA4E90" w:rsidRPr="00EA4E90">
              <w:rPr>
                <w:i/>
                <w:iCs/>
                <w:color w:val="EE0000"/>
              </w:rPr>
              <w:t>Komisja</w:t>
            </w:r>
            <w:proofErr w:type="spellEnd"/>
            <w:r w:rsidR="00EA4E90" w:rsidRPr="00EA4E90">
              <w:rPr>
                <w:i/>
                <w:iCs/>
                <w:color w:val="EE0000"/>
              </w:rPr>
              <w:t xml:space="preserve"> </w:t>
            </w:r>
            <w:proofErr w:type="spellStart"/>
            <w:r w:rsidR="00EA4E90" w:rsidRPr="00EA4E90">
              <w:rPr>
                <w:i/>
                <w:iCs/>
                <w:color w:val="EE0000"/>
              </w:rPr>
              <w:t>Rekrutacyjna</w:t>
            </w:r>
            <w:proofErr w:type="spellEnd"/>
          </w:p>
        </w:tc>
      </w:tr>
    </w:tbl>
    <w:p w14:paraId="34DDCC21" w14:textId="77777777" w:rsidR="00C13D45" w:rsidRDefault="00000000">
      <w:r>
        <w:t>Osiągnięcia w konkursach/olimpiadach branżowych – należy wpisać wyłącznie miejsca I–III i dołączyć potwierdzenie:</w:t>
      </w:r>
    </w:p>
    <w:p w14:paraId="3BECD446" w14:textId="77777777" w:rsidR="00C13D45" w:rsidRDefault="00000000">
      <w:r>
        <w:t>________________________________________________________________________________________</w:t>
      </w:r>
    </w:p>
    <w:p w14:paraId="07984372" w14:textId="77777777" w:rsidR="00C13D45" w:rsidRDefault="00000000">
      <w:r>
        <w:t>________________________________________________________________________________________</w:t>
      </w:r>
    </w:p>
    <w:p w14:paraId="776020DC" w14:textId="77777777" w:rsidR="00C13D45" w:rsidRDefault="00000000">
      <w:r>
        <w:t>________________________________________________________________________________________</w:t>
      </w:r>
    </w:p>
    <w:p w14:paraId="0E7EC8FF" w14:textId="77777777" w:rsidR="00EA4E90" w:rsidRDefault="00EA4E90" w:rsidP="00EA4E90">
      <w:r>
        <w:t>________________________________________________________________________________________</w:t>
      </w:r>
    </w:p>
    <w:p w14:paraId="3DD99DD2" w14:textId="712624FE" w:rsidR="00C13D45" w:rsidRDefault="00000000">
      <w:pPr>
        <w:spacing w:before="140"/>
      </w:pPr>
      <w:r>
        <w:rPr>
          <w:b/>
          <w:sz w:val="22"/>
        </w:rPr>
        <w:t>CZĘŚĆ III. KRYTERIA PREMIUJĄCE</w:t>
      </w:r>
      <w:r w:rsidR="00EA4E90">
        <w:rPr>
          <w:b/>
          <w:sz w:val="22"/>
        </w:rPr>
        <w:t xml:space="preserve"> – </w:t>
      </w:r>
      <w:proofErr w:type="spellStart"/>
      <w:r w:rsidR="00EA4E90" w:rsidRPr="00EA4E90">
        <w:rPr>
          <w:b/>
          <w:color w:val="EE0000"/>
          <w:sz w:val="22"/>
        </w:rPr>
        <w:t>zaznaczyć</w:t>
      </w:r>
      <w:proofErr w:type="spellEnd"/>
      <w:r w:rsidR="00EA4E90" w:rsidRPr="00EA4E90">
        <w:rPr>
          <w:b/>
          <w:color w:val="EE0000"/>
          <w:sz w:val="22"/>
        </w:rPr>
        <w:t xml:space="preserve"> </w:t>
      </w:r>
      <w:proofErr w:type="spellStart"/>
      <w:r w:rsidR="00EA4E90" w:rsidRPr="00EA4E90">
        <w:rPr>
          <w:b/>
          <w:color w:val="EE0000"/>
          <w:sz w:val="22"/>
        </w:rPr>
        <w:t>odpowiednią</w:t>
      </w:r>
      <w:proofErr w:type="spellEnd"/>
      <w:r w:rsidR="00EA4E90" w:rsidRPr="00EA4E90">
        <w:rPr>
          <w:b/>
          <w:color w:val="EE0000"/>
          <w:sz w:val="22"/>
        </w:rPr>
        <w:t xml:space="preserve"> </w:t>
      </w:r>
      <w:proofErr w:type="spellStart"/>
      <w:r w:rsidR="00EA4E90" w:rsidRPr="00EA4E90">
        <w:rPr>
          <w:b/>
          <w:color w:val="EE0000"/>
          <w:sz w:val="22"/>
        </w:rPr>
        <w:t>rubrykę</w:t>
      </w:r>
      <w:proofErr w:type="spellEnd"/>
      <w:r w:rsidR="00EA4E90" w:rsidRPr="00EA4E90">
        <w:rPr>
          <w:b/>
          <w:color w:val="EE0000"/>
          <w:sz w:val="22"/>
        </w:rPr>
        <w:t xml:space="preserve"> </w:t>
      </w:r>
      <w:proofErr w:type="spellStart"/>
      <w:r w:rsidR="00EA4E90" w:rsidRPr="00EA4E90">
        <w:rPr>
          <w:b/>
          <w:color w:val="EE0000"/>
          <w:sz w:val="22"/>
        </w:rPr>
        <w:t>wpisując</w:t>
      </w:r>
      <w:proofErr w:type="spellEnd"/>
      <w:r w:rsidR="00EA4E90" w:rsidRPr="00EA4E90">
        <w:rPr>
          <w:b/>
          <w:color w:val="EE0000"/>
          <w:sz w:val="22"/>
        </w:rPr>
        <w:t xml:space="preserve"> X</w:t>
      </w:r>
    </w:p>
    <w:p w14:paraId="60884B8B" w14:textId="77777777" w:rsidR="00C13D45" w:rsidRDefault="00000000">
      <w:r>
        <w:t>Zaznacz wyłącznie kryteria, które dotyczą kandydata. Komisja może poprosić o dokument potwierdzający. Podanie tych informacji jest dobrowolne, ale brak informacji uniemożliwia przyznanie punktów za dane kryterium.</w:t>
      </w:r>
    </w:p>
    <w:p w14:paraId="67C6ED8F" w14:textId="77777777" w:rsidR="00C13D45" w:rsidRDefault="00000000">
      <w:r>
        <w:t>☐ rodzina niepełna / rozbita – 3 pkt</w:t>
      </w:r>
    </w:p>
    <w:p w14:paraId="55946D86" w14:textId="77777777" w:rsidR="00C13D45" w:rsidRDefault="00000000">
      <w:r>
        <w:t xml:space="preserve">☐ rodzina </w:t>
      </w:r>
      <w:proofErr w:type="spellStart"/>
      <w:r>
        <w:t>wielodzietna</w:t>
      </w:r>
      <w:proofErr w:type="spellEnd"/>
      <w:r>
        <w:t xml:space="preserve"> – 5 pkt</w:t>
      </w:r>
    </w:p>
    <w:p w14:paraId="5CC6375A" w14:textId="5278E723" w:rsidR="00A41A69" w:rsidRDefault="00A41A69">
      <w:r>
        <w:tab/>
      </w:r>
      <w:r>
        <w:tab/>
      </w:r>
      <w:r>
        <w:tab/>
      </w:r>
      <w:r>
        <w:tab/>
      </w:r>
      <w:r>
        <w:tab/>
      </w:r>
      <w:proofErr w:type="spellStart"/>
      <w:r>
        <w:t>Podpis</w:t>
      </w:r>
      <w:proofErr w:type="spellEnd"/>
      <w:r>
        <w:t xml:space="preserve"> </w:t>
      </w:r>
      <w:proofErr w:type="spellStart"/>
      <w:r>
        <w:t>wychowawcy</w:t>
      </w:r>
      <w:proofErr w:type="spellEnd"/>
      <w:r>
        <w:t xml:space="preserve"> …………………………………………………………</w:t>
      </w:r>
    </w:p>
    <w:p w14:paraId="3A3AA112" w14:textId="77777777" w:rsidR="00C13D45" w:rsidRDefault="00000000">
      <w:r>
        <w:lastRenderedPageBreak/>
        <w:t>☐ niski status materialny – 5 pkt</w:t>
      </w:r>
    </w:p>
    <w:p w14:paraId="7641FEE3" w14:textId="77777777" w:rsidR="00C13D45" w:rsidRDefault="00000000">
      <w:r>
        <w:t>☐ sieroctwo – 5 pkt</w:t>
      </w:r>
    </w:p>
    <w:p w14:paraId="5CDC3204" w14:textId="3D6AB518" w:rsidR="00C13D45" w:rsidRDefault="00000000">
      <w:r>
        <w:t xml:space="preserve">☐ </w:t>
      </w:r>
      <w:proofErr w:type="spellStart"/>
      <w:r>
        <w:t>półsieroctwo</w:t>
      </w:r>
      <w:proofErr w:type="spellEnd"/>
      <w:r>
        <w:t xml:space="preserve"> – </w:t>
      </w:r>
      <w:r w:rsidR="00EA4E90">
        <w:t>5</w:t>
      </w:r>
      <w:r>
        <w:t xml:space="preserve"> pkt</w:t>
      </w:r>
    </w:p>
    <w:p w14:paraId="06779E7F" w14:textId="77777777" w:rsidR="00C13D45" w:rsidRDefault="00000000">
      <w:r>
        <w:t>☐ niepełnosprawność lub szczególne potrzeby wymagające wsparcia – 8 pkt</w:t>
      </w:r>
    </w:p>
    <w:p w14:paraId="360815DA" w14:textId="77777777" w:rsidR="00C13D45" w:rsidRDefault="00000000">
      <w:r>
        <w:t>☐ zamieszkanie na terenie wiejskim – 5 pkt</w:t>
      </w:r>
    </w:p>
    <w:p w14:paraId="6F3B0A02" w14:textId="77777777" w:rsidR="00C13D45" w:rsidRDefault="00000000">
      <w:r>
        <w:t>☐ status uchodźcy – 5 pkt</w:t>
      </w:r>
    </w:p>
    <w:p w14:paraId="46FBE94F" w14:textId="301634EC" w:rsidR="00C13D45" w:rsidRDefault="00000000">
      <w:r>
        <w:t xml:space="preserve">☐ </w:t>
      </w:r>
      <w:proofErr w:type="spellStart"/>
      <w:r>
        <w:t>pierwszy</w:t>
      </w:r>
      <w:proofErr w:type="spellEnd"/>
      <w:r>
        <w:t xml:space="preserve"> </w:t>
      </w:r>
      <w:proofErr w:type="spellStart"/>
      <w:r>
        <w:t>udział</w:t>
      </w:r>
      <w:proofErr w:type="spellEnd"/>
      <w:r>
        <w:t xml:space="preserve"> w </w:t>
      </w:r>
      <w:proofErr w:type="spellStart"/>
      <w:r>
        <w:t>zagranicznej</w:t>
      </w:r>
      <w:proofErr w:type="spellEnd"/>
      <w:r>
        <w:t xml:space="preserve"> </w:t>
      </w:r>
      <w:proofErr w:type="spellStart"/>
      <w:r>
        <w:t>praktyce</w:t>
      </w:r>
      <w:proofErr w:type="spellEnd"/>
      <w:r>
        <w:t xml:space="preserve"> Erasmus+ – </w:t>
      </w:r>
      <w:r w:rsidR="00DB1151">
        <w:t>4</w:t>
      </w:r>
      <w:r>
        <w:t>0 pkt</w:t>
      </w:r>
    </w:p>
    <w:p w14:paraId="49325BD5" w14:textId="7CE61462" w:rsidR="00C13D45" w:rsidRDefault="00000000">
      <w:r>
        <w:t xml:space="preserve">Udokumentowany wolontariat – 5 pkt za </w:t>
      </w:r>
      <w:proofErr w:type="spellStart"/>
      <w:r w:rsidR="00DB1151">
        <w:t>każde</w:t>
      </w:r>
      <w:proofErr w:type="spellEnd"/>
      <w:r w:rsidR="00DB1151">
        <w:t xml:space="preserve"> </w:t>
      </w:r>
      <w:proofErr w:type="spellStart"/>
      <w:r>
        <w:t>działanie</w:t>
      </w:r>
      <w:proofErr w:type="spellEnd"/>
      <w:r>
        <w:t>:</w:t>
      </w:r>
    </w:p>
    <w:p w14:paraId="2BF9D5F1" w14:textId="77777777" w:rsidR="00C13D45" w:rsidRDefault="00000000">
      <w:r>
        <w:t>________________________________________________________________________________________</w:t>
      </w:r>
    </w:p>
    <w:p w14:paraId="2A91570B" w14:textId="77777777" w:rsidR="00C13D45" w:rsidRDefault="00000000">
      <w:r>
        <w:t>________________________________________________________________________________________</w:t>
      </w:r>
    </w:p>
    <w:p w14:paraId="38AB1F85" w14:textId="77777777" w:rsidR="00EA4E90" w:rsidRDefault="00EA4E90" w:rsidP="00EA4E90">
      <w:r>
        <w:t>________________________________________________________________________________________</w:t>
      </w:r>
    </w:p>
    <w:p w14:paraId="17E504B7" w14:textId="77777777" w:rsidR="00EA4E90" w:rsidRDefault="00EA4E90" w:rsidP="00EA4E90">
      <w:r>
        <w:t>________________________________________________________________________________________</w:t>
      </w:r>
    </w:p>
    <w:p w14:paraId="0FA89269" w14:textId="77777777" w:rsidR="00EA4E90" w:rsidRDefault="00EA4E90"/>
    <w:p w14:paraId="24C50854" w14:textId="1F536346" w:rsidR="00C13D45" w:rsidRDefault="00000000">
      <w:r>
        <w:t xml:space="preserve">Udokumentowana aktywna praca na rzecz szkoły – 4 pkt za </w:t>
      </w:r>
      <w:proofErr w:type="spellStart"/>
      <w:r w:rsidR="00DB1151">
        <w:t>każde</w:t>
      </w:r>
      <w:proofErr w:type="spellEnd"/>
      <w:r w:rsidR="00DB1151">
        <w:t xml:space="preserve"> </w:t>
      </w:r>
      <w:proofErr w:type="spellStart"/>
      <w:r>
        <w:t>działanie</w:t>
      </w:r>
      <w:proofErr w:type="spellEnd"/>
      <w:r>
        <w:t>:</w:t>
      </w:r>
    </w:p>
    <w:p w14:paraId="60C3A369" w14:textId="0FDAA466" w:rsidR="00EA4E90" w:rsidRDefault="00000000">
      <w:r>
        <w:t>________________________________________________________________________________________</w:t>
      </w:r>
    </w:p>
    <w:p w14:paraId="574A9140" w14:textId="77777777" w:rsidR="00EA4E90" w:rsidRDefault="00EA4E90" w:rsidP="00EA4E90">
      <w:r>
        <w:t>________________________________________________________________________________________</w:t>
      </w:r>
    </w:p>
    <w:p w14:paraId="62B333E4" w14:textId="77777777" w:rsidR="00EA4E90" w:rsidRDefault="00EA4E90" w:rsidP="00EA4E90">
      <w:r>
        <w:t>________________________________________________________________________________________</w:t>
      </w:r>
    </w:p>
    <w:p w14:paraId="072071E8" w14:textId="77777777" w:rsidR="00C13D45" w:rsidRDefault="00000000">
      <w:r>
        <w:t>________________________________________________________________________________________</w:t>
      </w:r>
    </w:p>
    <w:p w14:paraId="6EAD4501" w14:textId="77777777" w:rsidR="00EA4E90" w:rsidRDefault="00EA4E90"/>
    <w:p w14:paraId="02BE8FB3" w14:textId="77777777" w:rsidR="00C13D45" w:rsidRDefault="00000000">
      <w:pPr>
        <w:spacing w:before="140"/>
      </w:pPr>
      <w:r>
        <w:rPr>
          <w:b/>
          <w:sz w:val="22"/>
        </w:rPr>
        <w:t>CZĘŚĆ IV. MOTYWACJA UCZNIA</w:t>
      </w:r>
    </w:p>
    <w:p w14:paraId="639B8544" w14:textId="77777777" w:rsidR="00C13D45" w:rsidRDefault="00000000">
      <w:r>
        <w:t>1. Dlaczego chcesz wziąć udział w zagranicznej praktyce zawodowej Erasmus+?</w:t>
      </w:r>
    </w:p>
    <w:p w14:paraId="6054673B" w14:textId="77777777" w:rsidR="00C13D45" w:rsidRDefault="00000000">
      <w:r>
        <w:t>________________________________________________________________________________________</w:t>
      </w:r>
    </w:p>
    <w:p w14:paraId="21093800" w14:textId="77777777" w:rsidR="00C13D45" w:rsidRDefault="00000000">
      <w:r>
        <w:t>________________________________________________________________________________________</w:t>
      </w:r>
    </w:p>
    <w:p w14:paraId="79B60B3F" w14:textId="77777777" w:rsidR="00C13D45" w:rsidRDefault="00000000">
      <w:r>
        <w:t>________________________________________________________________________________________</w:t>
      </w:r>
    </w:p>
    <w:p w14:paraId="57DA7961" w14:textId="77777777" w:rsidR="00C13D45" w:rsidRDefault="00000000">
      <w:r>
        <w:t>________________________________________________________________________________________</w:t>
      </w:r>
    </w:p>
    <w:p w14:paraId="736F6410" w14:textId="77777777" w:rsidR="00C13D45" w:rsidRDefault="00000000">
      <w:r>
        <w:t>2. Jak wykorzystasz zdobyte podczas mobilności umiejętności zawodowe i językowe po powrocie?</w:t>
      </w:r>
    </w:p>
    <w:p w14:paraId="135EB440" w14:textId="77777777" w:rsidR="00C13D45" w:rsidRDefault="00000000">
      <w:r>
        <w:t>________________________________________________________________________________________</w:t>
      </w:r>
    </w:p>
    <w:p w14:paraId="3335A73C" w14:textId="77777777" w:rsidR="00C13D45" w:rsidRDefault="00000000">
      <w:r>
        <w:t>________________________________________________________________________________________</w:t>
      </w:r>
    </w:p>
    <w:p w14:paraId="2C5D742D" w14:textId="77777777" w:rsidR="00C13D45" w:rsidRDefault="00000000">
      <w:r>
        <w:t>________________________________________________________________________________________</w:t>
      </w:r>
    </w:p>
    <w:p w14:paraId="183EB1D9" w14:textId="77777777" w:rsidR="00C13D45" w:rsidRDefault="00000000">
      <w:r>
        <w:t>________________________________________________________________________________________</w:t>
      </w:r>
    </w:p>
    <w:p w14:paraId="53E2F50E" w14:textId="77777777" w:rsidR="00EA4E90" w:rsidRDefault="00EA4E90">
      <w:pPr>
        <w:spacing w:before="140"/>
        <w:rPr>
          <w:b/>
          <w:sz w:val="22"/>
        </w:rPr>
      </w:pPr>
    </w:p>
    <w:p w14:paraId="5E27C212" w14:textId="77777777" w:rsidR="00EA4E90" w:rsidRDefault="00EA4E90">
      <w:pPr>
        <w:spacing w:before="140"/>
        <w:rPr>
          <w:b/>
          <w:sz w:val="22"/>
        </w:rPr>
      </w:pPr>
    </w:p>
    <w:p w14:paraId="463C4EEA" w14:textId="617FD532" w:rsidR="00EA4E90" w:rsidRPr="00A41A69" w:rsidRDefault="00A41A69">
      <w:pPr>
        <w:spacing w:before="140"/>
        <w:rPr>
          <w:bCs/>
          <w:sz w:val="22"/>
        </w:rPr>
      </w:pPr>
      <w:r>
        <w:rPr>
          <w:b/>
          <w:sz w:val="22"/>
        </w:rPr>
        <w:tab/>
      </w:r>
      <w:r>
        <w:rPr>
          <w:b/>
          <w:sz w:val="22"/>
        </w:rPr>
        <w:tab/>
      </w:r>
      <w:r>
        <w:rPr>
          <w:b/>
          <w:sz w:val="22"/>
        </w:rPr>
        <w:tab/>
      </w:r>
      <w:r>
        <w:rPr>
          <w:b/>
          <w:sz w:val="22"/>
        </w:rPr>
        <w:tab/>
      </w:r>
      <w:r>
        <w:rPr>
          <w:b/>
          <w:sz w:val="22"/>
        </w:rPr>
        <w:tab/>
      </w:r>
      <w:r>
        <w:rPr>
          <w:b/>
          <w:sz w:val="22"/>
        </w:rPr>
        <w:tab/>
      </w:r>
      <w:proofErr w:type="spellStart"/>
      <w:r w:rsidRPr="00A41A69">
        <w:rPr>
          <w:bCs/>
          <w:sz w:val="22"/>
        </w:rPr>
        <w:t>Po</w:t>
      </w:r>
      <w:r>
        <w:rPr>
          <w:bCs/>
          <w:sz w:val="22"/>
        </w:rPr>
        <w:t>d</w:t>
      </w:r>
      <w:r w:rsidRPr="00A41A69">
        <w:rPr>
          <w:bCs/>
          <w:sz w:val="22"/>
        </w:rPr>
        <w:t>pis</w:t>
      </w:r>
      <w:proofErr w:type="spellEnd"/>
      <w:r w:rsidRPr="00A41A69">
        <w:rPr>
          <w:bCs/>
          <w:sz w:val="22"/>
        </w:rPr>
        <w:t xml:space="preserve"> </w:t>
      </w:r>
      <w:proofErr w:type="spellStart"/>
      <w:r w:rsidRPr="00A41A69">
        <w:rPr>
          <w:bCs/>
          <w:sz w:val="22"/>
        </w:rPr>
        <w:t>wychowawcy</w:t>
      </w:r>
      <w:proofErr w:type="spellEnd"/>
      <w:r w:rsidRPr="00A41A69">
        <w:rPr>
          <w:bCs/>
          <w:sz w:val="22"/>
        </w:rPr>
        <w:t xml:space="preserve"> ………………………………………</w:t>
      </w:r>
    </w:p>
    <w:p w14:paraId="77881C3F" w14:textId="77777777" w:rsidR="00EA4E90" w:rsidRDefault="00EA4E90">
      <w:pPr>
        <w:spacing w:before="140"/>
        <w:rPr>
          <w:b/>
          <w:sz w:val="22"/>
        </w:rPr>
      </w:pPr>
    </w:p>
    <w:p w14:paraId="0292A101" w14:textId="77777777" w:rsidR="00EA4E90" w:rsidRDefault="00EA4E90">
      <w:pPr>
        <w:spacing w:before="140"/>
        <w:rPr>
          <w:b/>
          <w:sz w:val="22"/>
        </w:rPr>
      </w:pPr>
    </w:p>
    <w:p w14:paraId="3C0867E9" w14:textId="77777777" w:rsidR="00EA4E90" w:rsidRDefault="00EA4E90">
      <w:pPr>
        <w:spacing w:before="140"/>
        <w:rPr>
          <w:b/>
          <w:sz w:val="22"/>
        </w:rPr>
      </w:pPr>
    </w:p>
    <w:p w14:paraId="3839A0F5" w14:textId="4E3756C3" w:rsidR="00C13D45" w:rsidRDefault="00000000">
      <w:pPr>
        <w:spacing w:before="140"/>
      </w:pPr>
      <w:r>
        <w:rPr>
          <w:b/>
          <w:sz w:val="22"/>
        </w:rPr>
        <w:lastRenderedPageBreak/>
        <w:t>CZĘŚĆ V. OŚWIADCZENIA</w:t>
      </w:r>
    </w:p>
    <w:p w14:paraId="15E0A9A7" w14:textId="77777777" w:rsidR="00C13D45" w:rsidRDefault="00000000">
      <w:r>
        <w:t>☐ Oświadczam, że podane przeze mnie informacje są zgodne z prawdą.</w:t>
      </w:r>
    </w:p>
    <w:p w14:paraId="66D92C8E" w14:textId="77777777" w:rsidR="00C13D45" w:rsidRDefault="00000000">
      <w:r>
        <w:t>☐ Zapoznałem/am się z Regulaminem Projektu i Rekrutacji Uczniów i akceptuję jego postanowienia.</w:t>
      </w:r>
    </w:p>
    <w:p w14:paraId="348F28F7" w14:textId="77777777" w:rsidR="00C13D45" w:rsidRDefault="00000000">
      <w:r>
        <w:t>☐ Deklaruję udział w obowiązkowym przygotowaniu organizacyjnym, językowym, kulturowym i pedagogicznym oraz w działaniach ewaluacyjnych i upowszechniających.</w:t>
      </w:r>
    </w:p>
    <w:p w14:paraId="73235C5A" w14:textId="77777777" w:rsidR="00C13D45" w:rsidRDefault="00000000">
      <w:r>
        <w:t>☐ Wyrażam zgodę na przetwarzanie danych zawartych w formularzu w zakresie niezbędnym do przeprowadzenia rekrutacji i realizacji projektu, zgodnie z obowiązującymi przepisami.</w:t>
      </w: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5100"/>
        <w:gridCol w:w="5100"/>
      </w:tblGrid>
      <w:tr w:rsidR="00C13D45" w14:paraId="36E69E62" w14:textId="77777777">
        <w:trPr>
          <w:jc w:val="center"/>
        </w:trPr>
        <w:tc>
          <w:tcPr>
            <w:tcW w:w="5100" w:type="dxa"/>
          </w:tcPr>
          <w:p w14:paraId="2E9AD39F" w14:textId="77777777" w:rsidR="00C13D45" w:rsidRDefault="00000000">
            <w:r>
              <w:t>........................................................</w:t>
            </w:r>
          </w:p>
        </w:tc>
        <w:tc>
          <w:tcPr>
            <w:tcW w:w="5100" w:type="dxa"/>
          </w:tcPr>
          <w:p w14:paraId="04B53609" w14:textId="77777777" w:rsidR="00C13D45" w:rsidRDefault="00000000">
            <w:r>
              <w:t>........................................................</w:t>
            </w:r>
          </w:p>
        </w:tc>
      </w:tr>
      <w:tr w:rsidR="00C13D45" w14:paraId="2D5117E0" w14:textId="77777777">
        <w:trPr>
          <w:jc w:val="center"/>
        </w:trPr>
        <w:tc>
          <w:tcPr>
            <w:tcW w:w="5100" w:type="dxa"/>
          </w:tcPr>
          <w:p w14:paraId="4856E866" w14:textId="77777777" w:rsidR="00C13D45" w:rsidRDefault="00000000">
            <w:pPr>
              <w:jc w:val="center"/>
            </w:pPr>
            <w:r>
              <w:rPr>
                <w:sz w:val="16"/>
              </w:rPr>
              <w:t>Miejscowość i data</w:t>
            </w:r>
          </w:p>
        </w:tc>
        <w:tc>
          <w:tcPr>
            <w:tcW w:w="5100" w:type="dxa"/>
          </w:tcPr>
          <w:p w14:paraId="491E5FE1" w14:textId="77777777" w:rsidR="00C13D45" w:rsidRDefault="00000000">
            <w:pPr>
              <w:jc w:val="center"/>
            </w:pPr>
            <w:r>
              <w:rPr>
                <w:sz w:val="16"/>
              </w:rPr>
              <w:t>Czytelny podpis kandydata</w:t>
            </w:r>
          </w:p>
        </w:tc>
      </w:tr>
    </w:tbl>
    <w:p w14:paraId="1B0DBDC0" w14:textId="77777777" w:rsidR="00C13D45" w:rsidRDefault="00000000">
      <w:r>
        <w:t>W przypadku ucznia niepełnoletniego:</w:t>
      </w: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5100"/>
        <w:gridCol w:w="5100"/>
      </w:tblGrid>
      <w:tr w:rsidR="00C13D45" w14:paraId="1EF2ABC4" w14:textId="77777777">
        <w:trPr>
          <w:jc w:val="center"/>
        </w:trPr>
        <w:tc>
          <w:tcPr>
            <w:tcW w:w="5100" w:type="dxa"/>
          </w:tcPr>
          <w:p w14:paraId="79352C43" w14:textId="77777777" w:rsidR="00C13D45" w:rsidRDefault="00000000">
            <w:r>
              <w:t>........................................................</w:t>
            </w:r>
          </w:p>
        </w:tc>
        <w:tc>
          <w:tcPr>
            <w:tcW w:w="5100" w:type="dxa"/>
          </w:tcPr>
          <w:p w14:paraId="07F00B6B" w14:textId="77777777" w:rsidR="00C13D45" w:rsidRDefault="00000000">
            <w:r>
              <w:t>........................................................</w:t>
            </w:r>
          </w:p>
        </w:tc>
      </w:tr>
      <w:tr w:rsidR="00C13D45" w14:paraId="7BA24229" w14:textId="77777777">
        <w:trPr>
          <w:jc w:val="center"/>
        </w:trPr>
        <w:tc>
          <w:tcPr>
            <w:tcW w:w="5100" w:type="dxa"/>
          </w:tcPr>
          <w:p w14:paraId="5EB431E7" w14:textId="77777777" w:rsidR="00C13D45" w:rsidRDefault="00000000">
            <w:pPr>
              <w:jc w:val="center"/>
            </w:pPr>
            <w:r>
              <w:rPr>
                <w:sz w:val="16"/>
              </w:rPr>
              <w:t>Miejscowość i data</w:t>
            </w:r>
          </w:p>
        </w:tc>
        <w:tc>
          <w:tcPr>
            <w:tcW w:w="5100" w:type="dxa"/>
          </w:tcPr>
          <w:p w14:paraId="41EB517F" w14:textId="77777777" w:rsidR="00C13D45" w:rsidRDefault="00000000">
            <w:pPr>
              <w:jc w:val="center"/>
            </w:pPr>
            <w:r>
              <w:rPr>
                <w:sz w:val="16"/>
              </w:rPr>
              <w:t>Czytelny podpis rodzica / opiekuna prawnego</w:t>
            </w:r>
          </w:p>
        </w:tc>
      </w:tr>
    </w:tbl>
    <w:p w14:paraId="6AEC8E33" w14:textId="77777777" w:rsidR="00DB1151" w:rsidRDefault="00DB1151">
      <w:pPr>
        <w:spacing w:before="140"/>
        <w:rPr>
          <w:b/>
          <w:sz w:val="22"/>
        </w:rPr>
      </w:pPr>
    </w:p>
    <w:p w14:paraId="620AAC06" w14:textId="77777777" w:rsidR="00DB1151" w:rsidRDefault="00DB1151">
      <w:pPr>
        <w:spacing w:before="140"/>
        <w:rPr>
          <w:b/>
          <w:sz w:val="22"/>
        </w:rPr>
      </w:pPr>
    </w:p>
    <w:p w14:paraId="1AD1149C" w14:textId="7DEB157A" w:rsidR="00C13D45" w:rsidRDefault="00000000">
      <w:pPr>
        <w:spacing w:before="140"/>
      </w:pPr>
      <w:r>
        <w:rPr>
          <w:b/>
          <w:sz w:val="22"/>
        </w:rPr>
        <w:t>CZĘŚĆ VI. WYPEŁNIA KOMISJA REKRUTACYJNA</w:t>
      </w:r>
    </w:p>
    <w:tbl>
      <w:tblPr>
        <w:tblStyle w:val="Tabela-Siatka"/>
        <w:tblW w:w="0" w:type="auto"/>
        <w:jc w:val="center"/>
        <w:tblLook w:val="04A0" w:firstRow="1" w:lastRow="0" w:firstColumn="1" w:lastColumn="0" w:noHBand="0" w:noVBand="1"/>
      </w:tblPr>
      <w:tblGrid>
        <w:gridCol w:w="3118"/>
        <w:gridCol w:w="6236"/>
      </w:tblGrid>
      <w:tr w:rsidR="00C13D45" w14:paraId="2AB3EC98" w14:textId="77777777">
        <w:trPr>
          <w:jc w:val="center"/>
        </w:trPr>
        <w:tc>
          <w:tcPr>
            <w:tcW w:w="3118" w:type="dxa"/>
            <w:shd w:val="clear" w:color="auto" w:fill="EAF2F8"/>
            <w:vAlign w:val="center"/>
          </w:tcPr>
          <w:p w14:paraId="621065EF" w14:textId="77777777" w:rsidR="00C13D45" w:rsidRDefault="00000000">
            <w:r>
              <w:rPr>
                <w:b/>
              </w:rPr>
              <w:t>Spełnienie kryteriów formalnych</w:t>
            </w:r>
          </w:p>
        </w:tc>
        <w:tc>
          <w:tcPr>
            <w:tcW w:w="6236" w:type="dxa"/>
          </w:tcPr>
          <w:p w14:paraId="2A2363AF" w14:textId="77777777" w:rsidR="00C13D45" w:rsidRDefault="00000000">
            <w:r>
              <w:t>☐ TAK   ☐ NIE</w:t>
            </w:r>
          </w:p>
        </w:tc>
      </w:tr>
      <w:tr w:rsidR="00C13D45" w14:paraId="408D8EF8" w14:textId="77777777">
        <w:trPr>
          <w:jc w:val="center"/>
        </w:trPr>
        <w:tc>
          <w:tcPr>
            <w:tcW w:w="3118" w:type="dxa"/>
            <w:shd w:val="clear" w:color="auto" w:fill="EAF2F8"/>
            <w:vAlign w:val="center"/>
          </w:tcPr>
          <w:p w14:paraId="538849A7" w14:textId="77777777" w:rsidR="00C13D45" w:rsidRDefault="00000000">
            <w:r>
              <w:rPr>
                <w:b/>
              </w:rPr>
              <w:t>Punkty – kryteria merytoryczne</w:t>
            </w:r>
          </w:p>
        </w:tc>
        <w:tc>
          <w:tcPr>
            <w:tcW w:w="6236" w:type="dxa"/>
          </w:tcPr>
          <w:p w14:paraId="2E7E5B9E" w14:textId="77777777" w:rsidR="00C13D45" w:rsidRDefault="00000000">
            <w:r>
              <w:t>__________ pkt</w:t>
            </w:r>
          </w:p>
        </w:tc>
      </w:tr>
      <w:tr w:rsidR="00C13D45" w14:paraId="26AD6F20" w14:textId="77777777">
        <w:trPr>
          <w:jc w:val="center"/>
        </w:trPr>
        <w:tc>
          <w:tcPr>
            <w:tcW w:w="3118" w:type="dxa"/>
            <w:shd w:val="clear" w:color="auto" w:fill="EAF2F8"/>
            <w:vAlign w:val="center"/>
          </w:tcPr>
          <w:p w14:paraId="11B2A061" w14:textId="77777777" w:rsidR="00C13D45" w:rsidRDefault="00000000">
            <w:r>
              <w:rPr>
                <w:b/>
              </w:rPr>
              <w:t>Punkty – kryteria premiujące</w:t>
            </w:r>
          </w:p>
        </w:tc>
        <w:tc>
          <w:tcPr>
            <w:tcW w:w="6236" w:type="dxa"/>
          </w:tcPr>
          <w:p w14:paraId="0CBF6C61" w14:textId="77777777" w:rsidR="00C13D45" w:rsidRDefault="00000000">
            <w:r>
              <w:t>__________ pkt</w:t>
            </w:r>
          </w:p>
        </w:tc>
      </w:tr>
      <w:tr w:rsidR="00C13D45" w14:paraId="0A8C7539" w14:textId="77777777">
        <w:trPr>
          <w:jc w:val="center"/>
        </w:trPr>
        <w:tc>
          <w:tcPr>
            <w:tcW w:w="3118" w:type="dxa"/>
            <w:shd w:val="clear" w:color="auto" w:fill="EAF2F8"/>
            <w:vAlign w:val="center"/>
          </w:tcPr>
          <w:p w14:paraId="668CE6B4" w14:textId="77777777" w:rsidR="00C13D45" w:rsidRDefault="00000000">
            <w:r>
              <w:rPr>
                <w:b/>
              </w:rPr>
              <w:t>Łączna liczba punktów</w:t>
            </w:r>
          </w:p>
        </w:tc>
        <w:tc>
          <w:tcPr>
            <w:tcW w:w="6236" w:type="dxa"/>
          </w:tcPr>
          <w:p w14:paraId="467B7D8D" w14:textId="77777777" w:rsidR="00C13D45" w:rsidRDefault="00000000">
            <w:r>
              <w:t>__________ pkt</w:t>
            </w:r>
          </w:p>
        </w:tc>
      </w:tr>
      <w:tr w:rsidR="00C13D45" w14:paraId="658B6E58" w14:textId="77777777">
        <w:trPr>
          <w:jc w:val="center"/>
        </w:trPr>
        <w:tc>
          <w:tcPr>
            <w:tcW w:w="3118" w:type="dxa"/>
            <w:shd w:val="clear" w:color="auto" w:fill="EAF2F8"/>
            <w:vAlign w:val="center"/>
          </w:tcPr>
          <w:p w14:paraId="4979CDDE" w14:textId="77777777" w:rsidR="00C13D45" w:rsidRDefault="00000000">
            <w:r>
              <w:rPr>
                <w:b/>
              </w:rPr>
              <w:t>Wynik rekrutacji</w:t>
            </w:r>
          </w:p>
        </w:tc>
        <w:tc>
          <w:tcPr>
            <w:tcW w:w="6236" w:type="dxa"/>
          </w:tcPr>
          <w:p w14:paraId="60DBA666" w14:textId="77777777" w:rsidR="00C13D45" w:rsidRDefault="00000000">
            <w:r>
              <w:t>☐ lista główna   ☐ lista rezerwowa   ☐ niezakwalifikowany/a</w:t>
            </w:r>
          </w:p>
        </w:tc>
      </w:tr>
    </w:tbl>
    <w:p w14:paraId="31151743" w14:textId="77777777" w:rsidR="00C13D45" w:rsidRDefault="00000000">
      <w:r>
        <w:t>Uwagi Komisji:</w:t>
      </w:r>
    </w:p>
    <w:p w14:paraId="112A3165" w14:textId="77777777" w:rsidR="00C13D45" w:rsidRDefault="00000000">
      <w:r>
        <w:t>________________________________________________________________________________________</w:t>
      </w:r>
    </w:p>
    <w:p w14:paraId="1AB5B12E" w14:textId="77777777" w:rsidR="00C13D45" w:rsidRDefault="00000000">
      <w:r>
        <w:t>________________________________________________________________________________________</w:t>
      </w:r>
    </w:p>
    <w:p w14:paraId="475B021C" w14:textId="77777777" w:rsidR="00C13D45" w:rsidRDefault="00000000">
      <w:r>
        <w:t>Podpisy członków Komisji: ______________________________________________________________</w:t>
      </w:r>
    </w:p>
    <w:p w14:paraId="096CC231" w14:textId="77777777" w:rsidR="00C13D45" w:rsidRDefault="00C13D45"/>
    <w:p w14:paraId="2C62995C" w14:textId="77777777" w:rsidR="00C13D45" w:rsidRDefault="00000000">
      <w:pPr>
        <w:jc w:val="both"/>
      </w:pPr>
      <w:r>
        <w:rPr>
          <w:sz w:val="16"/>
        </w:rPr>
        <w:t>Sfinansowane ze środków UE. Wyrażone poglądy i opinie są jedynie opiniami autora lub autorów i niekoniecznie odzwierciedlają poglądy i opinie Unii Europejskiej lub Fundacji Rozwoju Systemu Edukacji. Unia Europejska ani podmiot udzielający dotacji nie ponoszą za nie odpowiedzialności.</w:t>
      </w:r>
    </w:p>
    <w:p w14:paraId="4DA24454" w14:textId="72985D30" w:rsidR="00C13D45" w:rsidRDefault="00000000" w:rsidP="00DB1151">
      <w:pPr>
        <w:jc w:val="center"/>
      </w:pPr>
      <w:r>
        <w:br w:type="page"/>
      </w:r>
      <w:r>
        <w:rPr>
          <w:b/>
          <w:sz w:val="24"/>
        </w:rPr>
        <w:lastRenderedPageBreak/>
        <w:t>KLAUZULA INFORMACYJNA RODO</w:t>
      </w:r>
    </w:p>
    <w:p w14:paraId="6524258D" w14:textId="77777777" w:rsidR="00C13D45" w:rsidRDefault="00000000">
      <w:pPr>
        <w:jc w:val="center"/>
      </w:pPr>
      <w:r>
        <w:rPr>
          <w:b/>
        </w:rPr>
        <w:t>Projekt Erasmus+ nr 2026-1-PL01-KA121-VET-000414601</w:t>
      </w:r>
    </w:p>
    <w:p w14:paraId="36C186A9" w14:textId="77777777" w:rsidR="00C13D45" w:rsidRDefault="00000000">
      <w:pPr>
        <w:spacing w:after="100" w:line="240" w:lineRule="auto"/>
      </w:pPr>
      <w:r>
        <w:rPr>
          <w:sz w:val="19"/>
        </w:rPr>
        <w:t>Wypełniając obowiązek informacyjny wynikający z art. 13 Rozporządzenia Parlamentu Europejskiego i Rady (UE) 2016/679 z dnia 27 kwietnia 2016 r. (RODO), informujemy, że:</w:t>
      </w:r>
    </w:p>
    <w:p w14:paraId="3957E593" w14:textId="77777777" w:rsidR="00C13D45" w:rsidRDefault="00000000">
      <w:pPr>
        <w:spacing w:after="100" w:line="240" w:lineRule="auto"/>
      </w:pPr>
      <w:r>
        <w:rPr>
          <w:sz w:val="19"/>
        </w:rPr>
        <w:t>1. Administrator danych osobowych</w:t>
      </w:r>
    </w:p>
    <w:p w14:paraId="7C0F0C9E" w14:textId="77777777" w:rsidR="00C13D45" w:rsidRDefault="00000000">
      <w:pPr>
        <w:spacing w:after="100" w:line="240" w:lineRule="auto"/>
      </w:pPr>
      <w:r>
        <w:rPr>
          <w:sz w:val="19"/>
        </w:rPr>
        <w:t>Administratorem danych osobowych jest Zespół Szkół im. ks. dra Jana Zwierza w Ropczycach, ul. Mickiewicza 14, 39-100 Ropczyce, tel. (17) 2218270, e-mail: sekretariat@zsropczyce.edu.pl.</w:t>
      </w:r>
    </w:p>
    <w:p w14:paraId="68640FE5" w14:textId="77777777" w:rsidR="00C13D45" w:rsidRDefault="00000000">
      <w:pPr>
        <w:spacing w:after="100" w:line="240" w:lineRule="auto"/>
      </w:pPr>
      <w:r>
        <w:rPr>
          <w:sz w:val="19"/>
        </w:rPr>
        <w:t>2. Inspektor Ochrony Danych</w:t>
      </w:r>
    </w:p>
    <w:p w14:paraId="61C29FD4" w14:textId="77777777" w:rsidR="00C13D45" w:rsidRDefault="00000000">
      <w:pPr>
        <w:spacing w:after="100" w:line="240" w:lineRule="auto"/>
      </w:pPr>
      <w:r>
        <w:rPr>
          <w:sz w:val="19"/>
        </w:rPr>
        <w:t>Kontakt z Inspektorem Ochrony Danych jest możliwy poprzez adres e-mail: rodo@zsropczyce.edu.pl lub pisemnie na adres Administratora.</w:t>
      </w:r>
    </w:p>
    <w:p w14:paraId="027A677A" w14:textId="77777777" w:rsidR="00C13D45" w:rsidRDefault="00000000">
      <w:pPr>
        <w:spacing w:after="100" w:line="240" w:lineRule="auto"/>
      </w:pPr>
      <w:r>
        <w:rPr>
          <w:sz w:val="19"/>
        </w:rPr>
        <w:t>3. Cele i podstawy prawne przetwarzania danych</w:t>
      </w:r>
    </w:p>
    <w:p w14:paraId="2CE07688" w14:textId="77777777" w:rsidR="00C13D45" w:rsidRDefault="00000000">
      <w:pPr>
        <w:spacing w:after="100" w:line="240" w:lineRule="auto"/>
      </w:pPr>
      <w:r>
        <w:rPr>
          <w:sz w:val="19"/>
        </w:rPr>
        <w:t>Dane osobowe będą przetwarzane w celu przeprowadzenia rekrutacji, organizacji, realizacji, rozliczenia, monitorowania, ewaluacji i upowszechniania działań w ramach projektu Erasmus+ nr 2026-1-PL01-KA121-VET-000414601, w tym organizacji zagranicznej mobilności edukacyjnej/praktyk zawodowych. Podstawą przetwarzania, zależnie od rodzaju danych i etapu realizacji działania, jest art. 6 ust. 1 lit. a, b, c lub e RODO.</w:t>
      </w:r>
    </w:p>
    <w:p w14:paraId="3A3016A0" w14:textId="77777777" w:rsidR="00C13D45" w:rsidRDefault="00000000">
      <w:pPr>
        <w:spacing w:after="100" w:line="240" w:lineRule="auto"/>
      </w:pPr>
      <w:r>
        <w:rPr>
          <w:sz w:val="19"/>
        </w:rPr>
        <w:t>4. Odbiorcy danych</w:t>
      </w:r>
    </w:p>
    <w:p w14:paraId="61E0D316" w14:textId="77777777" w:rsidR="00C13D45" w:rsidRDefault="00000000">
      <w:pPr>
        <w:spacing w:after="100" w:line="240" w:lineRule="auto"/>
      </w:pPr>
      <w:r>
        <w:rPr>
          <w:sz w:val="19"/>
        </w:rPr>
        <w:t>Odbiorcami danych mogą być podmioty uprawnione do ich uzyskania na podstawie przepisów prawa oraz podmioty przetwarzające dane na rzecz Administratora na podstawie stosownych umów, a także podmioty uczestniczące w organizacji i obsłudze projektu w zakresie niezbędnym do jego realizacji.</w:t>
      </w:r>
    </w:p>
    <w:p w14:paraId="090EE077" w14:textId="77777777" w:rsidR="00C13D45" w:rsidRDefault="00000000">
      <w:pPr>
        <w:spacing w:after="100" w:line="240" w:lineRule="auto"/>
      </w:pPr>
      <w:r>
        <w:rPr>
          <w:sz w:val="19"/>
        </w:rPr>
        <w:t>5. Okres przechowywania danych</w:t>
      </w:r>
    </w:p>
    <w:p w14:paraId="1AC5F72C" w14:textId="77777777" w:rsidR="00C13D45" w:rsidRDefault="00000000">
      <w:pPr>
        <w:spacing w:after="100" w:line="240" w:lineRule="auto"/>
      </w:pPr>
      <w:r>
        <w:rPr>
          <w:sz w:val="19"/>
        </w:rPr>
        <w:t>Dane będą przechowywane przez okres niezbędny do realizacji celów projektu, a następnie przez okres wymagany przepisami prawa, zasadami programu Erasmus+ oraz obowiązującą w szkole instrukcją archiwalną. Dane przetwarzane wyłącznie na podstawie zgody będą przetwarzane do czasu jej cofnięcia, o ile nie istnieje inna podstawa prawna dalszego przetwarzania.</w:t>
      </w:r>
    </w:p>
    <w:p w14:paraId="37A80077" w14:textId="77777777" w:rsidR="00C13D45" w:rsidRDefault="00000000">
      <w:pPr>
        <w:spacing w:after="100" w:line="240" w:lineRule="auto"/>
      </w:pPr>
      <w:r>
        <w:rPr>
          <w:sz w:val="19"/>
        </w:rPr>
        <w:t>6. Prawa osoby, której dane dotyczą</w:t>
      </w:r>
    </w:p>
    <w:p w14:paraId="4326B8E3" w14:textId="77777777" w:rsidR="00C13D45" w:rsidRDefault="00000000">
      <w:pPr>
        <w:spacing w:after="100" w:line="240" w:lineRule="auto"/>
      </w:pPr>
      <w:r>
        <w:rPr>
          <w:sz w:val="19"/>
        </w:rPr>
        <w:t>Przysługuje Pani/Panu – w granicach wynikających z RODO i właściwej podstawy prawnej – prawo dostępu do danych, ich sprostowania, usunięcia lub ograniczenia przetwarzania, wniesienia sprzeciwu, a w przypadkach przewidzianych prawem także prawo do przenoszenia danych. Jeżeli przetwarzanie odbywa się na podstawie zgody, zgodę można cofnąć w dowolnym momencie bez wpływu na zgodność z prawem przetwarzania dokonanego przed jej cofnięciem.</w:t>
      </w:r>
    </w:p>
    <w:p w14:paraId="3F8FA645" w14:textId="77777777" w:rsidR="00C13D45" w:rsidRDefault="00000000">
      <w:pPr>
        <w:spacing w:after="100" w:line="240" w:lineRule="auto"/>
      </w:pPr>
      <w:r>
        <w:rPr>
          <w:sz w:val="19"/>
        </w:rPr>
        <w:t>Przysługuje również prawo wniesienia skargi do Prezesa Urzędu Ochrony Danych Osobowych.</w:t>
      </w:r>
    </w:p>
    <w:p w14:paraId="04EA7BB0" w14:textId="77777777" w:rsidR="00C13D45" w:rsidRDefault="00000000">
      <w:pPr>
        <w:spacing w:after="100" w:line="240" w:lineRule="auto"/>
      </w:pPr>
      <w:r>
        <w:rPr>
          <w:sz w:val="19"/>
        </w:rPr>
        <w:t>7. Obowiązek podania danych</w:t>
      </w:r>
    </w:p>
    <w:p w14:paraId="3297C184" w14:textId="77777777" w:rsidR="00C13D45" w:rsidRDefault="00000000">
      <w:pPr>
        <w:spacing w:after="100" w:line="240" w:lineRule="auto"/>
      </w:pPr>
      <w:r>
        <w:rPr>
          <w:sz w:val="19"/>
        </w:rPr>
        <w:t>Podanie danych wymaganych do przeprowadzenia rekrutacji i realizacji projektu jest niezbędne w zakresie wynikającym z przepisów prawa, warunków programu lub dokumentacji projektu. W zakresie danych przetwarzanych na podstawie zgody ich podanie jest dobrowolne.</w:t>
      </w:r>
    </w:p>
    <w:p w14:paraId="02E7AFBC" w14:textId="77777777" w:rsidR="00C13D45" w:rsidRDefault="00000000">
      <w:pPr>
        <w:spacing w:after="100" w:line="240" w:lineRule="auto"/>
      </w:pPr>
      <w:r>
        <w:rPr>
          <w:sz w:val="19"/>
        </w:rPr>
        <w:t>8. Zautomatyzowane podejmowanie decyzji</w:t>
      </w:r>
    </w:p>
    <w:p w14:paraId="0D4D7D6A" w14:textId="77777777" w:rsidR="00C13D45" w:rsidRDefault="00000000">
      <w:pPr>
        <w:spacing w:after="100" w:line="240" w:lineRule="auto"/>
      </w:pPr>
      <w:r>
        <w:rPr>
          <w:sz w:val="19"/>
        </w:rPr>
        <w:t>Dane osobowe nie będą podlegały zautomatyzowanemu podejmowaniu decyzji, w tym profilowaniu.</w:t>
      </w:r>
    </w:p>
    <w:p w14:paraId="47003A4C" w14:textId="77777777" w:rsidR="00DB1151" w:rsidRDefault="00DB1151">
      <w:pPr>
        <w:jc w:val="center"/>
        <w:rPr>
          <w:b/>
          <w:sz w:val="24"/>
        </w:rPr>
      </w:pPr>
    </w:p>
    <w:p w14:paraId="3C8C59DB" w14:textId="77777777" w:rsidR="00DB1151" w:rsidRDefault="00DB1151">
      <w:pPr>
        <w:jc w:val="center"/>
        <w:rPr>
          <w:b/>
          <w:sz w:val="24"/>
        </w:rPr>
      </w:pPr>
    </w:p>
    <w:p w14:paraId="4E2D7B0F" w14:textId="77777777" w:rsidR="00DB1151" w:rsidRDefault="00DB1151">
      <w:pPr>
        <w:jc w:val="center"/>
        <w:rPr>
          <w:b/>
          <w:sz w:val="24"/>
        </w:rPr>
      </w:pPr>
    </w:p>
    <w:p w14:paraId="66E89AE6" w14:textId="77777777" w:rsidR="00DB1151" w:rsidRDefault="00DB1151">
      <w:pPr>
        <w:jc w:val="center"/>
        <w:rPr>
          <w:b/>
          <w:sz w:val="24"/>
        </w:rPr>
      </w:pPr>
    </w:p>
    <w:p w14:paraId="70FDE4D2" w14:textId="77777777" w:rsidR="00DB1151" w:rsidRDefault="00DB1151">
      <w:pPr>
        <w:jc w:val="center"/>
        <w:rPr>
          <w:b/>
          <w:sz w:val="24"/>
        </w:rPr>
      </w:pPr>
    </w:p>
    <w:p w14:paraId="58A0D112" w14:textId="77777777" w:rsidR="00DB1151" w:rsidRDefault="00DB1151">
      <w:pPr>
        <w:jc w:val="center"/>
        <w:rPr>
          <w:b/>
          <w:sz w:val="24"/>
        </w:rPr>
      </w:pPr>
    </w:p>
    <w:p w14:paraId="00BDD186" w14:textId="77777777" w:rsidR="00DB1151" w:rsidRDefault="00DB1151">
      <w:pPr>
        <w:jc w:val="center"/>
        <w:rPr>
          <w:b/>
          <w:sz w:val="24"/>
        </w:rPr>
      </w:pPr>
    </w:p>
    <w:p w14:paraId="79890225" w14:textId="77777777" w:rsidR="00DB1151" w:rsidRDefault="00DB1151">
      <w:pPr>
        <w:jc w:val="center"/>
        <w:rPr>
          <w:b/>
          <w:sz w:val="24"/>
        </w:rPr>
      </w:pPr>
    </w:p>
    <w:p w14:paraId="3EE33701" w14:textId="77777777" w:rsidR="00DB1151" w:rsidRDefault="00DB1151">
      <w:pPr>
        <w:jc w:val="center"/>
        <w:rPr>
          <w:b/>
          <w:sz w:val="24"/>
        </w:rPr>
      </w:pPr>
    </w:p>
    <w:p w14:paraId="074D1A5E" w14:textId="77777777" w:rsidR="00DB1151" w:rsidRDefault="00DB1151">
      <w:pPr>
        <w:jc w:val="center"/>
        <w:rPr>
          <w:b/>
          <w:sz w:val="24"/>
        </w:rPr>
      </w:pPr>
    </w:p>
    <w:p w14:paraId="70D1153D" w14:textId="2DC2052B" w:rsidR="00C13D45" w:rsidRDefault="00000000">
      <w:pPr>
        <w:jc w:val="center"/>
      </w:pPr>
      <w:r>
        <w:rPr>
          <w:b/>
          <w:sz w:val="24"/>
        </w:rPr>
        <w:t>OŚWIADCZENIE O ZAPOZNANIU SIĘ Z KLAUZULĄ INFORMACYJNĄ</w:t>
      </w:r>
    </w:p>
    <w:p w14:paraId="2028ABCE" w14:textId="77777777" w:rsidR="00C13D45" w:rsidRDefault="00000000">
      <w:pPr>
        <w:spacing w:after="100" w:line="240" w:lineRule="auto"/>
      </w:pPr>
      <w:r>
        <w:rPr>
          <w:sz w:val="19"/>
        </w:rPr>
        <w:t>Oświadczam, że zapoznałam/em się z powyższą klauzulą informacyjną dotyczącą przetwarzania danych osobowych w związku z rekrutacją i udziałem w projekcie Erasmus+ nr 2026-1-PL01-KA121-VET-000414601.</w:t>
      </w:r>
    </w:p>
    <w:p w14:paraId="5353C2B2" w14:textId="77777777" w:rsidR="00C13D45" w:rsidRDefault="00000000">
      <w:pPr>
        <w:spacing w:before="280"/>
        <w:jc w:val="right"/>
      </w:pPr>
      <w:r>
        <w:rPr>
          <w:sz w:val="18"/>
        </w:rPr>
        <w:t>............................................................</w:t>
      </w:r>
      <w:r>
        <w:rPr>
          <w:sz w:val="18"/>
        </w:rPr>
        <w:br/>
        <w:t>data i czytelny podpis uczestnika</w:t>
      </w:r>
    </w:p>
    <w:p w14:paraId="4F60FDBB" w14:textId="77777777" w:rsidR="00C13D45" w:rsidRDefault="00000000">
      <w:pPr>
        <w:spacing w:before="280"/>
        <w:jc w:val="right"/>
      </w:pPr>
      <w:r>
        <w:rPr>
          <w:sz w:val="18"/>
        </w:rPr>
        <w:t>............................................................</w:t>
      </w:r>
      <w:r>
        <w:rPr>
          <w:sz w:val="18"/>
        </w:rPr>
        <w:br/>
        <w:t>data i czytelny podpis rodzica/opiekuna prawnego – w przypadku ucznia niepełnoletniego</w:t>
      </w:r>
    </w:p>
    <w:p w14:paraId="3CE476B4" w14:textId="77777777" w:rsidR="00DB1151" w:rsidRDefault="00DB1151" w:rsidP="00DB1151"/>
    <w:p w14:paraId="3B6EE134" w14:textId="59D4343A" w:rsidR="00C13D45" w:rsidRDefault="00000000" w:rsidP="00DB1151">
      <w:pPr>
        <w:jc w:val="center"/>
      </w:pPr>
      <w:r>
        <w:rPr>
          <w:b/>
          <w:sz w:val="24"/>
        </w:rPr>
        <w:t>ZGODA NA WYKORZYSTANIE I ROZPOWSZECHNIANIE WIZERUNKU</w:t>
      </w:r>
    </w:p>
    <w:p w14:paraId="27C26E9E" w14:textId="77777777" w:rsidR="00C13D45" w:rsidRDefault="00000000">
      <w:pPr>
        <w:spacing w:after="100" w:line="240" w:lineRule="auto"/>
      </w:pPr>
      <w:r>
        <w:rPr>
          <w:sz w:val="19"/>
        </w:rPr>
        <w:t>W związku z realizacją projektu Erasmus+ nr 2026-1-PL01-KA121-VET-000414601 wyrażam dobrowolną zgodę na nieodpłatne utrwalanie, wykorzystywanie i rozpowszechnianie mojego wizerunku utrwalonego w formie fotografii i materiałów filmowych wykonanych podczas działań projektowych, w celach dokumentacyjnych, informacyjnych, promocyjnych i związanych z upowszechnianiem rezultatów projektu.</w:t>
      </w:r>
    </w:p>
    <w:p w14:paraId="691A7E5C" w14:textId="77777777" w:rsidR="00C13D45" w:rsidRDefault="00000000">
      <w:pPr>
        <w:spacing w:after="100" w:line="240" w:lineRule="auto"/>
      </w:pPr>
      <w:r>
        <w:rPr>
          <w:sz w:val="19"/>
        </w:rPr>
        <w:t>Zgoda obejmuje w szczególności publikację materiałów na stronie internetowej szkoły, w szkolnych mediach społecznościowych, prezentacjach, materiałach informacyjnych i promocyjnych dotyczących projektu Erasmus+.</w:t>
      </w:r>
    </w:p>
    <w:p w14:paraId="386E7CE5" w14:textId="77777777" w:rsidR="00C13D45" w:rsidRDefault="00000000">
      <w:pPr>
        <w:spacing w:after="100" w:line="240" w:lineRule="auto"/>
      </w:pPr>
      <w:r>
        <w:rPr>
          <w:sz w:val="19"/>
        </w:rPr>
        <w:t>Zostałam/em poinformowana/y, że zgoda jest dobrowolna i może zostać cofnięta w dowolnym momencie, bez wpływu na zgodność z prawem wykorzystania wizerunku dokonanego przed jej cofnięciem.</w:t>
      </w:r>
    </w:p>
    <w:p w14:paraId="01BA1F22" w14:textId="77777777" w:rsidR="00C13D45" w:rsidRDefault="00000000">
      <w:r>
        <w:rPr>
          <w:sz w:val="19"/>
        </w:rPr>
        <w:t>☐ WYRAŻAM ZGODĘ</w:t>
      </w:r>
    </w:p>
    <w:p w14:paraId="5C4908D5" w14:textId="77777777" w:rsidR="00C13D45" w:rsidRDefault="00000000">
      <w:r>
        <w:rPr>
          <w:sz w:val="19"/>
        </w:rPr>
        <w:t>☐ NIE WYRAŻAM ZGODY</w:t>
      </w:r>
    </w:p>
    <w:p w14:paraId="78E4B708" w14:textId="77777777" w:rsidR="00C13D45" w:rsidRDefault="00000000">
      <w:pPr>
        <w:spacing w:before="280"/>
        <w:jc w:val="right"/>
      </w:pPr>
      <w:r>
        <w:rPr>
          <w:sz w:val="18"/>
        </w:rPr>
        <w:t>............................................................</w:t>
      </w:r>
      <w:r>
        <w:rPr>
          <w:sz w:val="18"/>
        </w:rPr>
        <w:br/>
        <w:t>data i czytelny podpis uczestnika</w:t>
      </w:r>
    </w:p>
    <w:p w14:paraId="794EB513" w14:textId="77777777" w:rsidR="00C13D45" w:rsidRDefault="00000000">
      <w:pPr>
        <w:spacing w:before="280"/>
        <w:jc w:val="right"/>
      </w:pPr>
      <w:r>
        <w:rPr>
          <w:sz w:val="18"/>
        </w:rPr>
        <w:t>............................................................</w:t>
      </w:r>
      <w:r>
        <w:rPr>
          <w:sz w:val="18"/>
        </w:rPr>
        <w:br/>
        <w:t>data i czytelny podpis rodzica/opiekuna prawnego – w przypadku ucznia niepełnoletniego</w:t>
      </w:r>
    </w:p>
    <w:sectPr w:rsidR="00C13D45" w:rsidSect="00034616">
      <w:headerReference w:type="default" r:id="rId8"/>
      <w:pgSz w:w="12240" w:h="15840"/>
      <w:pgMar w:top="907" w:right="1020" w:bottom="850" w:left="102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78B729B" w14:textId="77777777" w:rsidR="000E62AA" w:rsidRDefault="000E62AA" w:rsidP="00DB1151">
      <w:pPr>
        <w:spacing w:after="0" w:line="240" w:lineRule="auto"/>
      </w:pPr>
      <w:r>
        <w:separator/>
      </w:r>
    </w:p>
  </w:endnote>
  <w:endnote w:type="continuationSeparator" w:id="0">
    <w:p w14:paraId="391836AF" w14:textId="77777777" w:rsidR="000E62AA" w:rsidRDefault="000E62AA" w:rsidP="00DB115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3090202050204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CF55A4D" w14:textId="77777777" w:rsidR="000E62AA" w:rsidRDefault="000E62AA" w:rsidP="00DB1151">
      <w:pPr>
        <w:spacing w:after="0" w:line="240" w:lineRule="auto"/>
      </w:pPr>
      <w:r>
        <w:separator/>
      </w:r>
    </w:p>
  </w:footnote>
  <w:footnote w:type="continuationSeparator" w:id="0">
    <w:p w14:paraId="6B02D960" w14:textId="77777777" w:rsidR="000E62AA" w:rsidRDefault="000E62AA" w:rsidP="00DB115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9DD6DEE" w14:textId="03D4F1BD" w:rsidR="00DB1151" w:rsidRDefault="00423F6E">
    <w:pPr>
      <w:pStyle w:val="Nagwek"/>
    </w:pPr>
    <w:r>
      <w:rPr>
        <w:noProof/>
      </w:rPr>
      <w:drawing>
        <wp:inline distT="0" distB="0" distL="114300" distR="114300" wp14:anchorId="0801E817" wp14:editId="3FD45EB0">
          <wp:extent cx="1562100" cy="701040"/>
          <wp:effectExtent l="0" t="0" r="0" b="3810"/>
          <wp:docPr id="1" name="image1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1.png"/>
                  <pic:cNvPicPr preferRelativeResize="0"/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1562100" cy="701040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inline>
      </w:drawing>
    </w:r>
    <w:r>
      <w:t xml:space="preserve">   </w:t>
    </w:r>
    <w:r>
      <w:tab/>
      <w:t xml:space="preserve">                                                                 </w:t>
    </w:r>
    <w:r>
      <w:rPr>
        <w:noProof/>
      </w:rPr>
      <w:drawing>
        <wp:inline distT="0" distB="0" distL="0" distR="0" wp14:anchorId="01937B05" wp14:editId="4BBA78AD">
          <wp:extent cx="2232660" cy="483114"/>
          <wp:effectExtent l="0" t="0" r="0" b="0"/>
          <wp:docPr id="2" name="image2.jp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2.jpg"/>
                  <pic:cNvPicPr preferRelativeResize="0"/>
                </pic:nvPicPr>
                <pic:blipFill>
                  <a:blip r:embed="rId2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2388081" cy="516745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anumerowana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anumerowana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apunktowana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apunktowana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anumerowana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apunktowana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1521620931">
    <w:abstractNumId w:val="8"/>
  </w:num>
  <w:num w:numId="2" w16cid:durableId="904953683">
    <w:abstractNumId w:val="6"/>
  </w:num>
  <w:num w:numId="3" w16cid:durableId="1551916577">
    <w:abstractNumId w:val="5"/>
  </w:num>
  <w:num w:numId="4" w16cid:durableId="796217189">
    <w:abstractNumId w:val="4"/>
  </w:num>
  <w:num w:numId="5" w16cid:durableId="6828295">
    <w:abstractNumId w:val="7"/>
  </w:num>
  <w:num w:numId="6" w16cid:durableId="1368023953">
    <w:abstractNumId w:val="3"/>
  </w:num>
  <w:num w:numId="7" w16cid:durableId="1824273285">
    <w:abstractNumId w:val="2"/>
  </w:num>
  <w:num w:numId="8" w16cid:durableId="105807260">
    <w:abstractNumId w:val="1"/>
  </w:num>
  <w:num w:numId="9" w16cid:durableId="136782630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7730"/>
    <w:rsid w:val="00034616"/>
    <w:rsid w:val="0006063C"/>
    <w:rsid w:val="000E62AA"/>
    <w:rsid w:val="0015074B"/>
    <w:rsid w:val="0029639D"/>
    <w:rsid w:val="00300986"/>
    <w:rsid w:val="00326F90"/>
    <w:rsid w:val="00423F6E"/>
    <w:rsid w:val="00960DEF"/>
    <w:rsid w:val="009A3E08"/>
    <w:rsid w:val="00A41A69"/>
    <w:rsid w:val="00AA1D8D"/>
    <w:rsid w:val="00B46DCD"/>
    <w:rsid w:val="00B47730"/>
    <w:rsid w:val="00C13D45"/>
    <w:rsid w:val="00CB0664"/>
    <w:rsid w:val="00DB1151"/>
    <w:rsid w:val="00EA4E90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73AF6EB6"/>
  <w14:defaultImageDpi w14:val="300"/>
  <w15:docId w15:val="{645FD36B-9CD9-4B16-B610-6D8D2374B13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FC693F"/>
    <w:pPr>
      <w:spacing w:after="80"/>
    </w:pPr>
    <w:rPr>
      <w:rFonts w:ascii="Arial" w:hAnsi="Arial"/>
      <w:sz w:val="20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4"/>
      <w:szCs w:val="28"/>
    </w:rPr>
  </w:style>
  <w:style w:type="paragraph" w:styleId="Nagwek2">
    <w:name w:val="heading 2"/>
    <w:basedOn w:val="Normalny"/>
    <w:next w:val="Normalny"/>
    <w:link w:val="Nagwek2Znak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2"/>
      <w:szCs w:val="26"/>
    </w:rPr>
  </w:style>
  <w:style w:type="paragraph" w:styleId="Nagwek3">
    <w:name w:val="heading 3"/>
    <w:basedOn w:val="Normalny"/>
    <w:next w:val="Normalny"/>
    <w:link w:val="Nagwek3Znak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Cs w:val="20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Cs w:val="20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E618BF"/>
  </w:style>
  <w:style w:type="paragraph" w:styleId="Stopka">
    <w:name w:val="footer"/>
    <w:basedOn w:val="Normalny"/>
    <w:link w:val="StopkaZnak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E618BF"/>
  </w:style>
  <w:style w:type="paragraph" w:styleId="Bezodstpw">
    <w:name w:val="No Spacing"/>
    <w:uiPriority w:val="1"/>
    <w:qFormat/>
    <w:rsid w:val="00FC693F"/>
    <w:pPr>
      <w:spacing w:after="0" w:line="240" w:lineRule="auto"/>
    </w:pPr>
  </w:style>
  <w:style w:type="character" w:customStyle="1" w:styleId="Nagwek1Znak">
    <w:name w:val="Nagłówek 1 Znak"/>
    <w:basedOn w:val="Domylnaczcionkaakapitu"/>
    <w:link w:val="Nagwek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Nagwek2Znak">
    <w:name w:val="Nagłówek 2 Znak"/>
    <w:basedOn w:val="Domylnaczcionkaakapitu"/>
    <w:link w:val="Nagwek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Nagwek3Znak">
    <w:name w:val="Nagłówek 3 Znak"/>
    <w:basedOn w:val="Domylnaczcionkaakapitu"/>
    <w:link w:val="Nagwek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ytu">
    <w:name w:val="Title"/>
    <w:basedOn w:val="Normalny"/>
    <w:next w:val="Normalny"/>
    <w:link w:val="TytuZnak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b/>
      <w:color w:val="17365D" w:themeColor="text2" w:themeShade="BF"/>
      <w:spacing w:val="5"/>
      <w:kern w:val="28"/>
      <w:sz w:val="30"/>
      <w:szCs w:val="52"/>
    </w:rPr>
  </w:style>
  <w:style w:type="character" w:customStyle="1" w:styleId="TytuZnak">
    <w:name w:val="Tytuł Znak"/>
    <w:basedOn w:val="Domylnaczcionkaakapitu"/>
    <w:link w:val="Tytu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PodtytuZnak">
    <w:name w:val="Podtytuł Znak"/>
    <w:basedOn w:val="Domylnaczcionkaakapitu"/>
    <w:link w:val="Podtytu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Akapitzlist">
    <w:name w:val="List Paragraph"/>
    <w:basedOn w:val="Normalny"/>
    <w:uiPriority w:val="34"/>
    <w:qFormat/>
    <w:rsid w:val="00FC693F"/>
    <w:pPr>
      <w:ind w:left="720"/>
      <w:contextualSpacing/>
    </w:pPr>
  </w:style>
  <w:style w:type="paragraph" w:styleId="Tekstpodstawowy">
    <w:name w:val="Body Text"/>
    <w:basedOn w:val="Normalny"/>
    <w:link w:val="TekstpodstawowyZnak"/>
    <w:uiPriority w:val="99"/>
    <w:unhideWhenUsed/>
    <w:rsid w:val="00AA1D8D"/>
    <w:pPr>
      <w:spacing w:after="120"/>
    </w:pPr>
  </w:style>
  <w:style w:type="character" w:customStyle="1" w:styleId="TekstpodstawowyZnak">
    <w:name w:val="Tekst podstawowy Znak"/>
    <w:basedOn w:val="Domylnaczcionkaakapitu"/>
    <w:link w:val="Tekstpodstawowy"/>
    <w:uiPriority w:val="99"/>
    <w:rsid w:val="00AA1D8D"/>
  </w:style>
  <w:style w:type="paragraph" w:styleId="Tekstpodstawowy2">
    <w:name w:val="Body Text 2"/>
    <w:basedOn w:val="Normalny"/>
    <w:link w:val="Tekstpodstawowy2Znak"/>
    <w:uiPriority w:val="99"/>
    <w:unhideWhenUsed/>
    <w:rsid w:val="00AA1D8D"/>
    <w:pPr>
      <w:spacing w:after="120" w:line="480" w:lineRule="auto"/>
    </w:pPr>
  </w:style>
  <w:style w:type="character" w:customStyle="1" w:styleId="Tekstpodstawowy2Znak">
    <w:name w:val="Tekst podstawowy 2 Znak"/>
    <w:basedOn w:val="Domylnaczcionkaakapitu"/>
    <w:link w:val="Tekstpodstawowy2"/>
    <w:uiPriority w:val="99"/>
    <w:rsid w:val="00AA1D8D"/>
  </w:style>
  <w:style w:type="paragraph" w:styleId="Tekstpodstawowy3">
    <w:name w:val="Body Text 3"/>
    <w:basedOn w:val="Normalny"/>
    <w:link w:val="Tekstpodstawowy3Znak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Tekstpodstawowy3Znak">
    <w:name w:val="Tekst podstawowy 3 Znak"/>
    <w:basedOn w:val="Domylnaczcionkaakapitu"/>
    <w:link w:val="Tekstpodstawowy3"/>
    <w:uiPriority w:val="99"/>
    <w:rsid w:val="00AA1D8D"/>
    <w:rPr>
      <w:sz w:val="16"/>
      <w:szCs w:val="16"/>
    </w:rPr>
  </w:style>
  <w:style w:type="paragraph" w:styleId="Lista">
    <w:name w:val="List"/>
    <w:basedOn w:val="Normalny"/>
    <w:uiPriority w:val="99"/>
    <w:unhideWhenUsed/>
    <w:rsid w:val="00AA1D8D"/>
    <w:pPr>
      <w:ind w:left="360" w:hanging="360"/>
      <w:contextualSpacing/>
    </w:pPr>
  </w:style>
  <w:style w:type="paragraph" w:styleId="Lista2">
    <w:name w:val="List 2"/>
    <w:basedOn w:val="Normalny"/>
    <w:uiPriority w:val="99"/>
    <w:unhideWhenUsed/>
    <w:rsid w:val="00326F90"/>
    <w:pPr>
      <w:ind w:left="720" w:hanging="360"/>
      <w:contextualSpacing/>
    </w:pPr>
  </w:style>
  <w:style w:type="paragraph" w:styleId="Lista3">
    <w:name w:val="List 3"/>
    <w:basedOn w:val="Normalny"/>
    <w:uiPriority w:val="99"/>
    <w:unhideWhenUsed/>
    <w:rsid w:val="00326F90"/>
    <w:pPr>
      <w:ind w:left="1080" w:hanging="360"/>
      <w:contextualSpacing/>
    </w:pPr>
  </w:style>
  <w:style w:type="paragraph" w:styleId="Listapunktowana">
    <w:name w:val="List Bullet"/>
    <w:basedOn w:val="Normalny"/>
    <w:uiPriority w:val="99"/>
    <w:unhideWhenUsed/>
    <w:rsid w:val="00326F90"/>
    <w:pPr>
      <w:numPr>
        <w:numId w:val="1"/>
      </w:numPr>
      <w:contextualSpacing/>
    </w:pPr>
  </w:style>
  <w:style w:type="paragraph" w:styleId="Listapunktowana2">
    <w:name w:val="List Bullet 2"/>
    <w:basedOn w:val="Normalny"/>
    <w:uiPriority w:val="99"/>
    <w:unhideWhenUsed/>
    <w:rsid w:val="00326F90"/>
    <w:pPr>
      <w:numPr>
        <w:numId w:val="2"/>
      </w:numPr>
      <w:contextualSpacing/>
    </w:pPr>
  </w:style>
  <w:style w:type="paragraph" w:styleId="Listapunktowana3">
    <w:name w:val="List Bullet 3"/>
    <w:basedOn w:val="Normalny"/>
    <w:uiPriority w:val="99"/>
    <w:unhideWhenUsed/>
    <w:rsid w:val="00326F90"/>
    <w:pPr>
      <w:numPr>
        <w:numId w:val="3"/>
      </w:numPr>
      <w:contextualSpacing/>
    </w:pPr>
  </w:style>
  <w:style w:type="paragraph" w:styleId="Listanumerowana">
    <w:name w:val="List Number"/>
    <w:basedOn w:val="Normalny"/>
    <w:uiPriority w:val="99"/>
    <w:unhideWhenUsed/>
    <w:rsid w:val="00326F90"/>
    <w:pPr>
      <w:numPr>
        <w:numId w:val="5"/>
      </w:numPr>
      <w:contextualSpacing/>
    </w:pPr>
  </w:style>
  <w:style w:type="paragraph" w:styleId="Listanumerowana2">
    <w:name w:val="List Number 2"/>
    <w:basedOn w:val="Normalny"/>
    <w:uiPriority w:val="99"/>
    <w:unhideWhenUsed/>
    <w:rsid w:val="0029639D"/>
    <w:pPr>
      <w:numPr>
        <w:numId w:val="6"/>
      </w:numPr>
      <w:contextualSpacing/>
    </w:pPr>
  </w:style>
  <w:style w:type="paragraph" w:styleId="Listanumerowana3">
    <w:name w:val="List Number 3"/>
    <w:basedOn w:val="Normalny"/>
    <w:uiPriority w:val="99"/>
    <w:unhideWhenUsed/>
    <w:rsid w:val="0029639D"/>
    <w:pPr>
      <w:numPr>
        <w:numId w:val="7"/>
      </w:numPr>
      <w:contextualSpacing/>
    </w:pPr>
  </w:style>
  <w:style w:type="paragraph" w:styleId="Lista-kontynuacja">
    <w:name w:val="List Continue"/>
    <w:basedOn w:val="Normalny"/>
    <w:uiPriority w:val="99"/>
    <w:unhideWhenUsed/>
    <w:rsid w:val="0029639D"/>
    <w:pPr>
      <w:spacing w:after="120"/>
      <w:ind w:left="360"/>
      <w:contextualSpacing/>
    </w:pPr>
  </w:style>
  <w:style w:type="paragraph" w:styleId="Lista-kontynuacja2">
    <w:name w:val="List Continue 2"/>
    <w:basedOn w:val="Normalny"/>
    <w:uiPriority w:val="99"/>
    <w:unhideWhenUsed/>
    <w:rsid w:val="0029639D"/>
    <w:pPr>
      <w:spacing w:after="120"/>
      <w:ind w:left="720"/>
      <w:contextualSpacing/>
    </w:pPr>
  </w:style>
  <w:style w:type="paragraph" w:styleId="Lista-kontynuacja3">
    <w:name w:val="List Continue 3"/>
    <w:basedOn w:val="Normalny"/>
    <w:uiPriority w:val="99"/>
    <w:unhideWhenUsed/>
    <w:rsid w:val="0029639D"/>
    <w:pPr>
      <w:spacing w:after="120"/>
      <w:ind w:left="1080"/>
      <w:contextualSpacing/>
    </w:pPr>
  </w:style>
  <w:style w:type="paragraph" w:styleId="Tekstmakra">
    <w:name w:val="macro"/>
    <w:link w:val="TekstmakraZnak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TekstmakraZnak">
    <w:name w:val="Tekst makra Znak"/>
    <w:basedOn w:val="Domylnaczcionkaakapitu"/>
    <w:link w:val="Tekstmakra"/>
    <w:uiPriority w:val="99"/>
    <w:rsid w:val="0029639D"/>
    <w:rPr>
      <w:rFonts w:ascii="Courier" w:hAnsi="Courier"/>
      <w:sz w:val="20"/>
      <w:szCs w:val="20"/>
    </w:rPr>
  </w:style>
  <w:style w:type="paragraph" w:styleId="Cytat">
    <w:name w:val="Quote"/>
    <w:basedOn w:val="Normalny"/>
    <w:next w:val="Normalny"/>
    <w:link w:val="CytatZnak"/>
    <w:uiPriority w:val="29"/>
    <w:qFormat/>
    <w:rsid w:val="00FC693F"/>
    <w:rPr>
      <w:i/>
      <w:iCs/>
      <w:color w:val="000000" w:themeColor="text1"/>
    </w:rPr>
  </w:style>
  <w:style w:type="character" w:customStyle="1" w:styleId="CytatZnak">
    <w:name w:val="Cytat Znak"/>
    <w:basedOn w:val="Domylnaczcionkaakapitu"/>
    <w:link w:val="Cytat"/>
    <w:uiPriority w:val="29"/>
    <w:rsid w:val="00FC693F"/>
    <w:rPr>
      <w:i/>
      <w:iCs/>
      <w:color w:val="000000" w:themeColor="text1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Legenda">
    <w:name w:val="caption"/>
    <w:basedOn w:val="Normalny"/>
    <w:next w:val="Normalny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Pogrubienie">
    <w:name w:val="Strong"/>
    <w:basedOn w:val="Domylnaczcionkaakapitu"/>
    <w:uiPriority w:val="22"/>
    <w:qFormat/>
    <w:rsid w:val="00FC693F"/>
    <w:rPr>
      <w:b/>
      <w:bCs/>
    </w:rPr>
  </w:style>
  <w:style w:type="character" w:styleId="Uwydatnienie">
    <w:name w:val="Emphasis"/>
    <w:basedOn w:val="Domylnaczcionkaakapitu"/>
    <w:uiPriority w:val="20"/>
    <w:qFormat/>
    <w:rsid w:val="00FC693F"/>
    <w:rPr>
      <w:i/>
      <w:iCs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FC693F"/>
    <w:rPr>
      <w:b/>
      <w:bCs/>
      <w:i/>
      <w:iCs/>
      <w:color w:val="4F81BD" w:themeColor="accent1"/>
    </w:rPr>
  </w:style>
  <w:style w:type="character" w:styleId="Wyrnieniedelikatne">
    <w:name w:val="Subtle Emphasis"/>
    <w:basedOn w:val="Domylnaczcionkaakapitu"/>
    <w:uiPriority w:val="19"/>
    <w:qFormat/>
    <w:rsid w:val="00FC693F"/>
    <w:rPr>
      <w:i/>
      <w:iCs/>
      <w:color w:val="808080" w:themeColor="text1" w:themeTint="7F"/>
    </w:rPr>
  </w:style>
  <w:style w:type="character" w:styleId="Wyrnienieintensywne">
    <w:name w:val="Intense Emphasis"/>
    <w:basedOn w:val="Domylnaczcionkaakapitu"/>
    <w:uiPriority w:val="21"/>
    <w:qFormat/>
    <w:rsid w:val="00FC693F"/>
    <w:rPr>
      <w:b/>
      <w:bCs/>
      <w:i/>
      <w:iCs/>
      <w:color w:val="4F81BD" w:themeColor="accent1"/>
    </w:rPr>
  </w:style>
  <w:style w:type="character" w:styleId="Odwoaniedelikatne">
    <w:name w:val="Subtle Reference"/>
    <w:basedOn w:val="Domylnaczcionkaakapitu"/>
    <w:uiPriority w:val="31"/>
    <w:qFormat/>
    <w:rsid w:val="00FC693F"/>
    <w:rPr>
      <w:smallCaps/>
      <w:color w:val="C0504D" w:themeColor="accent2"/>
      <w:u w:val="single"/>
    </w:rPr>
  </w:style>
  <w:style w:type="character" w:styleId="Odwoanieintensywne">
    <w:name w:val="Intense Reference"/>
    <w:basedOn w:val="Domylnaczcionkaakapitu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Tytuksiki">
    <w:name w:val="Book Title"/>
    <w:basedOn w:val="Domylnaczcionkaakapitu"/>
    <w:uiPriority w:val="33"/>
    <w:qFormat/>
    <w:rsid w:val="00FC693F"/>
    <w:rPr>
      <w:b/>
      <w:bCs/>
      <w:smallCaps/>
      <w:spacing w:val="5"/>
    </w:rPr>
  </w:style>
  <w:style w:type="paragraph" w:styleId="Nagwekspisutreci">
    <w:name w:val="TOC Heading"/>
    <w:basedOn w:val="Nagwek1"/>
    <w:next w:val="Normalny"/>
    <w:uiPriority w:val="39"/>
    <w:semiHidden/>
    <w:unhideWhenUsed/>
    <w:qFormat/>
    <w:rsid w:val="00FC693F"/>
    <w:pPr>
      <w:outlineLvl w:val="9"/>
    </w:pPr>
  </w:style>
  <w:style w:type="table" w:styleId="Tabela-Siatka">
    <w:name w:val="Table Grid"/>
    <w:basedOn w:val="Standardowy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Jasnecieniowanie">
    <w:name w:val="Light Shading"/>
    <w:basedOn w:val="Standardowy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Jasnecieniowanieakcent1">
    <w:name w:val="Light Shading Accent 1"/>
    <w:basedOn w:val="Standardowy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Jasnecieniowanieakcent2">
    <w:name w:val="Light Shading Accent 2"/>
    <w:basedOn w:val="Standardowy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Jasnecieniowanieakcent3">
    <w:name w:val="Light Shading Accent 3"/>
    <w:basedOn w:val="Standardowy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Jasnecieniowanieakcent4">
    <w:name w:val="Light Shading Accent 4"/>
    <w:basedOn w:val="Standardowy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Jasnecieniowanieakcent5">
    <w:name w:val="Light Shading Accent 5"/>
    <w:basedOn w:val="Standardowy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Jasnecieniowanieakcent6">
    <w:name w:val="Light Shading Accent 6"/>
    <w:basedOn w:val="Standardowy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Jasnalista">
    <w:name w:val="Light List"/>
    <w:basedOn w:val="Standardowy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Jasnalistaakcent1">
    <w:name w:val="Light List Accent 1"/>
    <w:basedOn w:val="Standardowy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Jasnalistaakcent2">
    <w:name w:val="Light List Accent 2"/>
    <w:basedOn w:val="Standardowy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Jasnalistaakcent3">
    <w:name w:val="Light List Accent 3"/>
    <w:basedOn w:val="Standardowy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Jasnalistaakcent4">
    <w:name w:val="Light List Accent 4"/>
    <w:basedOn w:val="Standardowy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Jasnalistaakcent5">
    <w:name w:val="Light List Accent 5"/>
    <w:basedOn w:val="Standardowy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Jasnalistaakcent6">
    <w:name w:val="Light List Accent 6"/>
    <w:basedOn w:val="Standardowy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Jasnasiatka">
    <w:name w:val="Light Grid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Jasnasiatkaakcent1">
    <w:name w:val="Light Grid Accent 1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Jasnasiatkaakcent2">
    <w:name w:val="Light Grid Accent 2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Jasnasiatkaakcent3">
    <w:name w:val="Light Grid Accent 3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Jasnasiatkaakcent4">
    <w:name w:val="Light Grid Accent 4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Jasnasiatkaakcent5">
    <w:name w:val="Light Grid Accent 5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Jasnasiatkaakcent6">
    <w:name w:val="Light Grid Accent 6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redniecieniowanie1">
    <w:name w:val="Medium Shading 1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1">
    <w:name w:val="Medium Shading 1 Accent 1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2">
    <w:name w:val="Medium Shading 1 Accent 2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3">
    <w:name w:val="Medium Shading 1 Accent 3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4">
    <w:name w:val="Medium Shading 1 Accent 4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5">
    <w:name w:val="Medium Shading 1 Accent 5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6">
    <w:name w:val="Medium Shading 1 Accent 6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2">
    <w:name w:val="Medium Shading 2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1">
    <w:name w:val="Medium Shading 2 Accent 1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2">
    <w:name w:val="Medium Shading 2 Accent 2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3">
    <w:name w:val="Medium Shading 2 Accent 3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4">
    <w:name w:val="Medium Shading 2 Accent 4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5">
    <w:name w:val="Medium Shading 2 Accent 5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6">
    <w:name w:val="Medium Shading 2 Accent 6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alista1">
    <w:name w:val="Medium List 1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rednialista1akcent1">
    <w:name w:val="Medium List 1 Accent 1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rednialista1akcent2">
    <w:name w:val="Medium List 1 Accent 2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rednialista1akcent3">
    <w:name w:val="Medium List 1 Accent 3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rednialista1akcent4">
    <w:name w:val="Medium List 1 Accent 4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rednialista1akcent5">
    <w:name w:val="Medium List 1 Accent 5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rednialista1akcent6">
    <w:name w:val="Medium List 1 Accent 6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rednialista2">
    <w:name w:val="Medium List 2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1">
    <w:name w:val="Medium List 2 Accent 1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2">
    <w:name w:val="Medium List 2 Accent 2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3">
    <w:name w:val="Medium List 2 Accent 3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4">
    <w:name w:val="Medium List 2 Accent 4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5">
    <w:name w:val="Medium List 2 Accent 5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6">
    <w:name w:val="Medium List 2 Accent 6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siatka1">
    <w:name w:val="Medium Grid 1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redniasiatka1akcent1">
    <w:name w:val="Medium Grid 1 Accent 1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redniasiatka1akcent2">
    <w:name w:val="Medium Grid 1 Accent 2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redniasiatka1akcent3">
    <w:name w:val="Medium Grid 1 Accent 3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redniasiatka1akcent4">
    <w:name w:val="Medium Grid 1 Accent 4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redniasiatka1akcent5">
    <w:name w:val="Medium Grid 1 Accent 5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redniasiatka1akcent6">
    <w:name w:val="Medium Grid 1 Accent 6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redniasiatka2">
    <w:name w:val="Medium Grid 2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1">
    <w:name w:val="Medium Grid 2 Accent 1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2">
    <w:name w:val="Medium Grid 2 Accent 2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3">
    <w:name w:val="Medium Grid 2 Accent 3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4">
    <w:name w:val="Medium Grid 2 Accent 4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5">
    <w:name w:val="Medium Grid 2 Accent 5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6">
    <w:name w:val="Medium Grid 2 Accent 6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3">
    <w:name w:val="Medium Grid 3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redniasiatka3akcent1">
    <w:name w:val="Medium Grid 3 Accent 1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redniasiatka3akcent2">
    <w:name w:val="Medium Grid 3 Accent 2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redniasiatka3akcent3">
    <w:name w:val="Medium Grid 3 Accent 3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redniasiatka3akcent4">
    <w:name w:val="Medium Grid 3 Accent 4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redniasiatka3akcent5">
    <w:name w:val="Medium Grid 3 Accent 5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redniasiatka3akcent6">
    <w:name w:val="Medium Grid 3 Accent 6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Ciemnalista">
    <w:name w:val="Dark List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Ciemnalista2akcent1">
    <w:name w:val="Dark List Accent 1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Ciemnalistaakcent2">
    <w:name w:val="Dark List Accent 2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Ciemnalistaakcent3">
    <w:name w:val="Dark List Accent 3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Ciemnalistaakcent4">
    <w:name w:val="Dark List Accent 4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Ciemnalistaakcent5">
    <w:name w:val="Dark List Accent 5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Ciemnalistaakcent6">
    <w:name w:val="Dark List Accent 6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Kolorowecieniowanie">
    <w:name w:val="Colorful Shading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1">
    <w:name w:val="Colorful Shading Accent 1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2">
    <w:name w:val="Colorful Shading Accent 2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3">
    <w:name w:val="Colorful Shading Accent 3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Kolorowecieniowanieakcent4">
    <w:name w:val="Colorful Shading Accent 4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5">
    <w:name w:val="Colorful Shading Accent 5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6">
    <w:name w:val="Colorful Shading Accent 6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alista">
    <w:name w:val="Colorful List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Kolorowalistaakcent1">
    <w:name w:val="Colorful List Accent 1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Kolorowalistaakcent2">
    <w:name w:val="Colorful List Accent 2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Kolorowalistaakcent3">
    <w:name w:val="Colorful List Accent 3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Kolorowalistaakcent4">
    <w:name w:val="Colorful List Accent 4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Kolorowalistaakcent5">
    <w:name w:val="Colorful List Accent 5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Kolorowalistaakcent6">
    <w:name w:val="Colorful List Accent 6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Kolorowasiatka">
    <w:name w:val="Colorful Grid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Kolorowasiatkaakcent1">
    <w:name w:val="Colorful Grid Accent 1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Kolorowasiatkaakcent2">
    <w:name w:val="Colorful Grid Accent 2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Kolorowasiatkaakcent3">
    <w:name w:val="Colorful Grid Accent 3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Kolorowasiatkaakcent4">
    <w:name w:val="Colorful Grid Accent 4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Kolorowasiatkaakcent5">
    <w:name w:val="Colorful Grid Accent 5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Kolorowasiatkaakcent6">
    <w:name w:val="Colorful Grid Accent 6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character" w:styleId="Hipercze">
    <w:name w:val="Hyperlink"/>
    <w:basedOn w:val="Domylnaczcionkaakapitu"/>
    <w:uiPriority w:val="99"/>
    <w:unhideWhenUsed/>
    <w:rsid w:val="00EA4E90"/>
    <w:rPr>
      <w:color w:val="0000FF" w:themeColor="hyperlink"/>
      <w:u w:val="single"/>
    </w:rPr>
  </w:style>
  <w:style w:type="character" w:styleId="Nierozpoznanawzmianka">
    <w:name w:val="Unresolved Mention"/>
    <w:basedOn w:val="Domylnaczcionkaakapitu"/>
    <w:uiPriority w:val="99"/>
    <w:semiHidden/>
    <w:unhideWhenUsed/>
    <w:rsid w:val="00EA4E90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jp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1</Pages>
  <Words>1440</Words>
  <Characters>8641</Characters>
  <Application>Microsoft Office Word</Application>
  <DocSecurity>0</DocSecurity>
  <Lines>72</Lines>
  <Paragraphs>20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10061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Agnieszka Kasprzyk</cp:lastModifiedBy>
  <cp:revision>6</cp:revision>
  <dcterms:created xsi:type="dcterms:W3CDTF">2026-10-21T09:50:00Z</dcterms:created>
  <dcterms:modified xsi:type="dcterms:W3CDTF">2026-10-26T20:06:00Z</dcterms:modified>
  <cp:category/>
</cp:coreProperties>
</file>